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0101E0" w14:paraId="68C0BF5B" w14:textId="77777777">
        <w:trPr>
          <w:jc w:val="center"/>
        </w:trPr>
        <w:tc>
          <w:tcPr>
            <w:tcW w:w="5256" w:type="dxa"/>
            <w:shd w:val="clear" w:color="auto" w:fill="1E3A8A"/>
            <w:tcMar>
              <w:top w:w="140" w:type="dxa"/>
              <w:left w:w="180" w:type="dxa"/>
              <w:bottom w:w="140" w:type="dxa"/>
              <w:right w:w="100" w:type="dxa"/>
            </w:tcMar>
          </w:tcPr>
          <w:p w14:paraId="7E3F25DA" w14:textId="77777777" w:rsidR="000101E0" w:rsidRDefault="00000000">
            <w:pPr>
              <w:spacing w:after="40"/>
            </w:pPr>
            <w:r>
              <w:rPr>
                <w:b/>
                <w:color w:val="FFFFFF"/>
                <w:sz w:val="28"/>
              </w:rPr>
              <w:t>C.E.I.P. NTRA. SRA. DEL ROSARIO</w:t>
            </w:r>
          </w:p>
          <w:p w14:paraId="579C2876" w14:textId="77777777" w:rsidR="000101E0" w:rsidRDefault="00000000">
            <w:pPr>
              <w:spacing w:after="0"/>
            </w:pPr>
            <w:r>
              <w:rPr>
                <w:color w:val="E2E8F0"/>
              </w:rPr>
              <w:t>FICHA INFORMATIVA DEL ALUMNO/A Y REGISTRO DE TUTORÍA</w:t>
            </w:r>
          </w:p>
        </w:tc>
        <w:tc>
          <w:tcPr>
            <w:tcW w:w="5256" w:type="dxa"/>
            <w:shd w:val="clear" w:color="auto" w:fill="1E3A8A"/>
            <w:tcMar>
              <w:top w:w="140" w:type="dxa"/>
              <w:left w:w="100" w:type="dxa"/>
              <w:bottom w:w="140" w:type="dxa"/>
              <w:right w:w="180" w:type="dxa"/>
            </w:tcMar>
          </w:tcPr>
          <w:p w14:paraId="1CC911E8" w14:textId="747FBE27" w:rsidR="000101E0" w:rsidRDefault="0005307E">
            <w:pPr>
              <w:spacing w:after="0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5920" behindDoc="0" locked="0" layoutInCell="1" allowOverlap="1" wp14:anchorId="4D152549" wp14:editId="73FEB6C1">
                  <wp:simplePos x="0" y="0"/>
                  <wp:positionH relativeFrom="column">
                    <wp:posOffset>736600</wp:posOffset>
                  </wp:positionH>
                  <wp:positionV relativeFrom="paragraph">
                    <wp:posOffset>-31750</wp:posOffset>
                  </wp:positionV>
                  <wp:extent cx="527050" cy="527050"/>
                  <wp:effectExtent l="0" t="0" r="6350" b="6350"/>
                  <wp:wrapNone/>
                  <wp:docPr id="1601374460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0000">
              <w:rPr>
                <w:b/>
                <w:color w:val="FFFFFF"/>
                <w:sz w:val="20"/>
              </w:rPr>
              <w:t>TUTORÍA CURSO: ____________</w:t>
            </w:r>
          </w:p>
        </w:tc>
      </w:tr>
    </w:tbl>
    <w:p w14:paraId="4579EA3D" w14:textId="2BBF8860" w:rsidR="000101E0" w:rsidRDefault="000101E0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0101E0" w14:paraId="59613B5F" w14:textId="77777777">
        <w:trPr>
          <w:jc w:val="center"/>
        </w:trPr>
        <w:tc>
          <w:tcPr>
            <w:tcW w:w="10512" w:type="dxa"/>
            <w:tcBorders>
              <w:left w:val="single" w:sz="24" w:space="0" w:color="2563EB"/>
            </w:tcBorders>
            <w:shd w:val="clear" w:color="auto" w:fill="F1F5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1BFA60" w14:textId="57BB2B67" w:rsidR="000101E0" w:rsidRDefault="00000000">
            <w:pPr>
              <w:spacing w:after="0"/>
            </w:pPr>
            <w:r>
              <w:rPr>
                <w:b/>
                <w:color w:val="1E3A8A"/>
                <w:sz w:val="20"/>
              </w:rPr>
              <w:t>1. DATOS PERSONALES DEL ALUMNO/A</w:t>
            </w:r>
          </w:p>
        </w:tc>
      </w:tr>
    </w:tbl>
    <w:p w14:paraId="022F8727" w14:textId="139DA449" w:rsidR="000101E0" w:rsidRDefault="000101E0">
      <w:pPr>
        <w:spacing w:after="80"/>
      </w:pPr>
    </w:p>
    <w:tbl>
      <w:tblPr>
        <w:tblW w:w="0" w:type="auto"/>
        <w:jc w:val="center"/>
        <w:tblBorders>
          <w:top w:val="single" w:sz="4" w:space="0" w:color="E2E8F0"/>
          <w:left w:val="single" w:sz="4" w:space="0" w:color="E2E8F0"/>
          <w:bottom w:val="single" w:sz="4" w:space="0" w:color="E2E8F0"/>
          <w:right w:val="single" w:sz="4" w:space="0" w:color="E2E8F0"/>
          <w:insideH w:val="single" w:sz="4" w:space="0" w:color="E2E8F0"/>
          <w:insideV w:val="single" w:sz="4" w:space="0" w:color="E2E8F0"/>
        </w:tblBorders>
        <w:tblLook w:val="04A0" w:firstRow="1" w:lastRow="0" w:firstColumn="1" w:lastColumn="0" w:noHBand="0" w:noVBand="1"/>
      </w:tblPr>
      <w:tblGrid>
        <w:gridCol w:w="1752"/>
        <w:gridCol w:w="3504"/>
        <w:gridCol w:w="1752"/>
        <w:gridCol w:w="3504"/>
      </w:tblGrid>
      <w:tr w:rsidR="000101E0" w14:paraId="39579FEB" w14:textId="77777777">
        <w:trPr>
          <w:jc w:val="center"/>
        </w:trPr>
        <w:tc>
          <w:tcPr>
            <w:tcW w:w="1051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609C43" w14:textId="464231DD" w:rsidR="000101E0" w:rsidRDefault="00000000">
            <w:r>
              <w:rPr>
                <w:b/>
              </w:rPr>
              <w:t xml:space="preserve">Nombre y </w:t>
            </w:r>
            <w:proofErr w:type="spellStart"/>
            <w:r>
              <w:rPr>
                <w:b/>
              </w:rPr>
              <w:t>Apellidos</w:t>
            </w:r>
            <w:proofErr w:type="spellEnd"/>
            <w:r>
              <w:rPr>
                <w:b/>
              </w:rPr>
              <w:t xml:space="preserve">: </w:t>
            </w:r>
            <w:r>
              <w:t>_________________________________________________________________________________</w:t>
            </w:r>
          </w:p>
        </w:tc>
      </w:tr>
      <w:tr w:rsidR="000101E0" w14:paraId="7D0E1FCE" w14:textId="77777777">
        <w:trPr>
          <w:jc w:val="center"/>
        </w:trPr>
        <w:tc>
          <w:tcPr>
            <w:tcW w:w="175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9EC23A" w14:textId="77777777" w:rsidR="000101E0" w:rsidRDefault="00000000">
            <w:r>
              <w:rPr>
                <w:b/>
              </w:rPr>
              <w:t xml:space="preserve">Edad: </w:t>
            </w:r>
            <w:r>
              <w:t>_______</w:t>
            </w:r>
          </w:p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8E0C53" w14:textId="77777777" w:rsidR="000101E0" w:rsidRDefault="00000000">
            <w:r>
              <w:rPr>
                <w:b/>
              </w:rPr>
              <w:t xml:space="preserve">Fecha de Nac.: </w:t>
            </w:r>
            <w:r>
              <w:t>______________</w:t>
            </w:r>
          </w:p>
        </w:tc>
        <w:tc>
          <w:tcPr>
            <w:tcW w:w="5256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7BC3AA" w14:textId="4AE2B392" w:rsidR="000101E0" w:rsidRDefault="00000000">
            <w:r>
              <w:rPr>
                <w:b/>
              </w:rPr>
              <w:t xml:space="preserve">Lugar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 xml:space="preserve">.: </w:t>
            </w:r>
            <w:r>
              <w:t>____________________________________</w:t>
            </w:r>
          </w:p>
        </w:tc>
      </w:tr>
      <w:tr w:rsidR="000101E0" w14:paraId="45EF3B22" w14:textId="77777777">
        <w:trPr>
          <w:jc w:val="center"/>
        </w:trPr>
        <w:tc>
          <w:tcPr>
            <w:tcW w:w="7008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E713E1" w14:textId="77777777" w:rsidR="000101E0" w:rsidRDefault="00000000">
            <w:r>
              <w:rPr>
                <w:b/>
              </w:rPr>
              <w:t xml:space="preserve">Dirección: </w:t>
            </w:r>
            <w:r>
              <w:t>____________________________________________________</w:t>
            </w:r>
          </w:p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F263E6" w14:textId="51C1A9FA" w:rsidR="000101E0" w:rsidRDefault="00000000">
            <w:r>
              <w:rPr>
                <w:b/>
              </w:rPr>
              <w:t xml:space="preserve">Población: </w:t>
            </w:r>
            <w:r>
              <w:t>________________________</w:t>
            </w:r>
          </w:p>
        </w:tc>
      </w:tr>
    </w:tbl>
    <w:p w14:paraId="05BC5342" w14:textId="77777777" w:rsidR="000101E0" w:rsidRDefault="000101E0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0101E0" w14:paraId="43E419AF" w14:textId="77777777">
        <w:trPr>
          <w:jc w:val="center"/>
        </w:trPr>
        <w:tc>
          <w:tcPr>
            <w:tcW w:w="10512" w:type="dxa"/>
            <w:tcBorders>
              <w:left w:val="single" w:sz="24" w:space="0" w:color="2563EB"/>
            </w:tcBorders>
            <w:shd w:val="clear" w:color="auto" w:fill="F1F5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D2BE87" w14:textId="77777777" w:rsidR="000101E0" w:rsidRDefault="00000000">
            <w:pPr>
              <w:spacing w:after="0"/>
            </w:pPr>
            <w:r>
              <w:rPr>
                <w:b/>
                <w:color w:val="1E3A8A"/>
                <w:sz w:val="20"/>
              </w:rPr>
              <w:t>2. DATOS FAMILIARES Y DE CONTACTO</w:t>
            </w:r>
          </w:p>
        </w:tc>
      </w:tr>
    </w:tbl>
    <w:p w14:paraId="20BA23D8" w14:textId="3EA93481" w:rsidR="000101E0" w:rsidRDefault="000101E0">
      <w:pPr>
        <w:spacing w:after="80"/>
      </w:pPr>
    </w:p>
    <w:tbl>
      <w:tblPr>
        <w:tblW w:w="0" w:type="auto"/>
        <w:jc w:val="center"/>
        <w:tblBorders>
          <w:top w:val="single" w:sz="4" w:space="0" w:color="E2E8F0"/>
          <w:left w:val="single" w:sz="4" w:space="0" w:color="E2E8F0"/>
          <w:bottom w:val="single" w:sz="4" w:space="0" w:color="E2E8F0"/>
          <w:right w:val="single" w:sz="4" w:space="0" w:color="E2E8F0"/>
          <w:insideH w:val="single" w:sz="4" w:space="0" w:color="E2E8F0"/>
          <w:insideV w:val="single" w:sz="4" w:space="0" w:color="E2E8F0"/>
        </w:tblBorders>
        <w:tblLook w:val="04A0" w:firstRow="1" w:lastRow="0" w:firstColumn="1" w:lastColumn="0" w:noHBand="0" w:noVBand="1"/>
      </w:tblPr>
      <w:tblGrid>
        <w:gridCol w:w="3567"/>
        <w:gridCol w:w="3504"/>
        <w:gridCol w:w="3504"/>
      </w:tblGrid>
      <w:tr w:rsidR="000101E0" w14:paraId="5C7EA1BA" w14:textId="77777777">
        <w:trPr>
          <w:jc w:val="center"/>
        </w:trPr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FDE412" w14:textId="77777777" w:rsidR="000101E0" w:rsidRDefault="00000000">
            <w:r>
              <w:rPr>
                <w:b/>
              </w:rPr>
              <w:t xml:space="preserve">Padre / Tutor: </w:t>
            </w:r>
            <w:r>
              <w:t>____________________________________</w:t>
            </w:r>
          </w:p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234EC5" w14:textId="77777777" w:rsidR="000101E0" w:rsidRDefault="00000000">
            <w:r>
              <w:rPr>
                <w:b/>
              </w:rPr>
              <w:t xml:space="preserve">Edad: </w:t>
            </w:r>
            <w:r>
              <w:t>______</w:t>
            </w:r>
          </w:p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91B94D" w14:textId="2D69E2AA" w:rsidR="000101E0" w:rsidRDefault="00000000">
            <w:proofErr w:type="spellStart"/>
            <w:r>
              <w:rPr>
                <w:b/>
              </w:rPr>
              <w:t>Profesión</w:t>
            </w:r>
            <w:proofErr w:type="spellEnd"/>
            <w:r>
              <w:rPr>
                <w:b/>
              </w:rPr>
              <w:t xml:space="preserve">: </w:t>
            </w:r>
            <w:r>
              <w:t>_____________________</w:t>
            </w:r>
          </w:p>
        </w:tc>
      </w:tr>
      <w:tr w:rsidR="000101E0" w14:paraId="29EEE8E3" w14:textId="77777777">
        <w:trPr>
          <w:jc w:val="center"/>
        </w:trPr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0F45D9" w14:textId="77777777" w:rsidR="000101E0" w:rsidRDefault="00000000">
            <w:r>
              <w:rPr>
                <w:b/>
              </w:rPr>
              <w:t xml:space="preserve">Madre / Tutora: </w:t>
            </w:r>
            <w:r>
              <w:t>___________________________________</w:t>
            </w:r>
          </w:p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F7512D" w14:textId="77777777" w:rsidR="000101E0" w:rsidRDefault="00000000">
            <w:r>
              <w:rPr>
                <w:b/>
              </w:rPr>
              <w:t xml:space="preserve">Edad: </w:t>
            </w:r>
            <w:r>
              <w:t>______</w:t>
            </w:r>
          </w:p>
        </w:tc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F1FFCB" w14:textId="7F065A16" w:rsidR="000101E0" w:rsidRDefault="00000000">
            <w:proofErr w:type="spellStart"/>
            <w:r>
              <w:rPr>
                <w:b/>
              </w:rPr>
              <w:t>Profesión</w:t>
            </w:r>
            <w:proofErr w:type="spellEnd"/>
            <w:r>
              <w:rPr>
                <w:b/>
              </w:rPr>
              <w:t xml:space="preserve">: </w:t>
            </w:r>
            <w:r>
              <w:t>_____________________</w:t>
            </w:r>
          </w:p>
        </w:tc>
      </w:tr>
      <w:tr w:rsidR="000101E0" w14:paraId="53239036" w14:textId="77777777">
        <w:trPr>
          <w:jc w:val="center"/>
        </w:trPr>
        <w:tc>
          <w:tcPr>
            <w:tcW w:w="10512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6913A5" w14:textId="70E35B6B" w:rsidR="000101E0" w:rsidRDefault="00000000">
            <w:proofErr w:type="spellStart"/>
            <w:r>
              <w:rPr>
                <w:b/>
              </w:rPr>
              <w:t>Situación</w:t>
            </w:r>
            <w:proofErr w:type="spellEnd"/>
            <w:r>
              <w:rPr>
                <w:b/>
              </w:rPr>
              <w:t xml:space="preserve"> familiar especial (</w:t>
            </w:r>
            <w:proofErr w:type="spellStart"/>
            <w:r>
              <w:rPr>
                <w:b/>
              </w:rPr>
              <w:t>Separación</w:t>
            </w:r>
            <w:proofErr w:type="spellEnd"/>
            <w:r>
              <w:rPr>
                <w:b/>
              </w:rPr>
              <w:t xml:space="preserve">, etc.): </w:t>
            </w:r>
            <w:r>
              <w:t>____________________________________________________</w:t>
            </w:r>
          </w:p>
        </w:tc>
      </w:tr>
      <w:tr w:rsidR="000101E0" w14:paraId="6FE47B7F" w14:textId="77777777">
        <w:trPr>
          <w:jc w:val="center"/>
        </w:trPr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603758" w14:textId="267FD008" w:rsidR="000101E0" w:rsidRDefault="0005307E">
            <w:proofErr w:type="spellStart"/>
            <w:r>
              <w:rPr>
                <w:b/>
              </w:rPr>
              <w:t>Móvil</w:t>
            </w:r>
            <w:proofErr w:type="spellEnd"/>
            <w:r>
              <w:rPr>
                <w:b/>
              </w:rPr>
              <w:t xml:space="preserve"> Padre</w:t>
            </w:r>
            <w:r w:rsidR="00000000">
              <w:rPr>
                <w:b/>
              </w:rPr>
              <w:t xml:space="preserve">: </w:t>
            </w:r>
            <w:r w:rsidR="00000000">
              <w:t>________________________</w:t>
            </w:r>
          </w:p>
        </w:tc>
        <w:tc>
          <w:tcPr>
            <w:tcW w:w="7008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37E8A4" w14:textId="72FB79C8" w:rsidR="000101E0" w:rsidRDefault="0005307E">
            <w:r>
              <w:rPr>
                <w:b/>
              </w:rPr>
              <w:t xml:space="preserve">Correo </w:t>
            </w:r>
            <w:proofErr w:type="spellStart"/>
            <w:r>
              <w:rPr>
                <w:b/>
              </w:rPr>
              <w:t>electrónico</w:t>
            </w:r>
            <w:proofErr w:type="spellEnd"/>
            <w:r w:rsidR="00000000">
              <w:rPr>
                <w:b/>
              </w:rPr>
              <w:t xml:space="preserve">: </w:t>
            </w:r>
            <w:r w:rsidR="00000000">
              <w:t>_________________________________________________</w:t>
            </w:r>
          </w:p>
        </w:tc>
      </w:tr>
      <w:tr w:rsidR="000101E0" w14:paraId="492611D2" w14:textId="77777777">
        <w:trPr>
          <w:jc w:val="center"/>
        </w:trPr>
        <w:tc>
          <w:tcPr>
            <w:tcW w:w="350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629F83" w14:textId="61D92EC0" w:rsidR="000101E0" w:rsidRDefault="0005307E">
            <w:proofErr w:type="spellStart"/>
            <w:r>
              <w:rPr>
                <w:b/>
              </w:rPr>
              <w:t>Móvil</w:t>
            </w:r>
            <w:proofErr w:type="spellEnd"/>
            <w:r>
              <w:rPr>
                <w:b/>
              </w:rPr>
              <w:t xml:space="preserve"> Madre</w:t>
            </w:r>
            <w:r w:rsidR="00000000">
              <w:rPr>
                <w:b/>
              </w:rPr>
              <w:t xml:space="preserve">: </w:t>
            </w:r>
            <w:r w:rsidR="00000000">
              <w:t>_____</w:t>
            </w:r>
            <w:r>
              <w:t>_____</w:t>
            </w:r>
            <w:r w:rsidR="00000000">
              <w:t>______________</w:t>
            </w:r>
          </w:p>
        </w:tc>
        <w:tc>
          <w:tcPr>
            <w:tcW w:w="7008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8E3F7B" w14:textId="4D827586" w:rsidR="000101E0" w:rsidRDefault="0005307E">
            <w:r>
              <w:rPr>
                <w:b/>
              </w:rPr>
              <w:t xml:space="preserve">Correo </w:t>
            </w:r>
            <w:proofErr w:type="spellStart"/>
            <w:r>
              <w:rPr>
                <w:b/>
              </w:rPr>
              <w:t>electrónico</w:t>
            </w:r>
            <w:proofErr w:type="spellEnd"/>
            <w:r w:rsidR="00000000">
              <w:rPr>
                <w:b/>
              </w:rPr>
              <w:t xml:space="preserve">: </w:t>
            </w:r>
            <w:r w:rsidR="00000000">
              <w:t>_________________________________________________</w:t>
            </w:r>
          </w:p>
        </w:tc>
      </w:tr>
      <w:tr w:rsidR="000101E0" w14:paraId="4990D20D" w14:textId="77777777">
        <w:trPr>
          <w:jc w:val="center"/>
        </w:trPr>
        <w:tc>
          <w:tcPr>
            <w:tcW w:w="10512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8691B6" w14:textId="3FDD0A12" w:rsidR="000101E0" w:rsidRDefault="00000000">
            <w:proofErr w:type="spellStart"/>
            <w:r>
              <w:rPr>
                <w:b/>
              </w:rPr>
              <w:t>Otros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teléfonos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urgencia</w:t>
            </w:r>
            <w:proofErr w:type="spellEnd"/>
            <w:r>
              <w:rPr>
                <w:b/>
              </w:rPr>
              <w:t xml:space="preserve"> (*): </w:t>
            </w:r>
            <w:r>
              <w:t>_______________________________________________________________</w:t>
            </w:r>
            <w:r>
              <w:br/>
            </w:r>
            <w:r>
              <w:rPr>
                <w:i/>
                <w:color w:val="475569"/>
                <w:sz w:val="16"/>
              </w:rPr>
              <w:t>(*Indique a quién corresponden: lugar de trabajo, familiares o vecinos)</w:t>
            </w:r>
          </w:p>
        </w:tc>
      </w:tr>
    </w:tbl>
    <w:p w14:paraId="53D71BE1" w14:textId="3DD02305" w:rsidR="000101E0" w:rsidRDefault="000101E0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0101E0" w14:paraId="3054F22D" w14:textId="77777777">
        <w:trPr>
          <w:jc w:val="center"/>
        </w:trPr>
        <w:tc>
          <w:tcPr>
            <w:tcW w:w="10512" w:type="dxa"/>
            <w:tcBorders>
              <w:left w:val="single" w:sz="24" w:space="0" w:color="2563EB"/>
            </w:tcBorders>
            <w:shd w:val="clear" w:color="auto" w:fill="F1F5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557ACC" w14:textId="77777777" w:rsidR="000101E0" w:rsidRDefault="00000000">
            <w:pPr>
              <w:spacing w:after="0"/>
            </w:pPr>
            <w:r>
              <w:rPr>
                <w:b/>
                <w:color w:val="1E3A8A"/>
                <w:sz w:val="20"/>
              </w:rPr>
              <w:t>3. INFORMACIÓN MÉDICA Y SALUD</w:t>
            </w:r>
          </w:p>
        </w:tc>
      </w:tr>
    </w:tbl>
    <w:p w14:paraId="45DB6ACF" w14:textId="70ADD9DF" w:rsidR="000101E0" w:rsidRDefault="000101E0">
      <w:pPr>
        <w:spacing w:after="80"/>
      </w:pPr>
    </w:p>
    <w:tbl>
      <w:tblPr>
        <w:tblW w:w="0" w:type="auto"/>
        <w:jc w:val="center"/>
        <w:tblBorders>
          <w:top w:val="single" w:sz="4" w:space="0" w:color="E2E8F0"/>
          <w:left w:val="single" w:sz="4" w:space="0" w:color="E2E8F0"/>
          <w:bottom w:val="single" w:sz="4" w:space="0" w:color="E2E8F0"/>
          <w:right w:val="single" w:sz="4" w:space="0" w:color="E2E8F0"/>
          <w:insideH w:val="single" w:sz="4" w:space="0" w:color="E2E8F0"/>
          <w:insideV w:val="single" w:sz="4" w:space="0" w:color="E2E8F0"/>
        </w:tblBorders>
        <w:tblLook w:val="04A0" w:firstRow="1" w:lastRow="0" w:firstColumn="1" w:lastColumn="0" w:noHBand="0" w:noVBand="1"/>
      </w:tblPr>
      <w:tblGrid>
        <w:gridCol w:w="5256"/>
        <w:gridCol w:w="5256"/>
      </w:tblGrid>
      <w:tr w:rsidR="000101E0" w14:paraId="39BA8746" w14:textId="77777777">
        <w:trPr>
          <w:jc w:val="center"/>
        </w:trPr>
        <w:tc>
          <w:tcPr>
            <w:tcW w:w="5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9D6576" w14:textId="77777777" w:rsidR="000101E0" w:rsidRDefault="00000000">
            <w:r>
              <w:rPr>
                <w:b/>
              </w:rPr>
              <w:t xml:space="preserve">¿Enfermedad crónica que precise atención? </w:t>
            </w:r>
            <w:r>
              <w:t>☐ Sí   ☐ No</w:t>
            </w:r>
          </w:p>
        </w:tc>
        <w:tc>
          <w:tcPr>
            <w:tcW w:w="5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4A26AC" w14:textId="59E00563" w:rsidR="000101E0" w:rsidRDefault="00000000">
            <w:r>
              <w:rPr>
                <w:b/>
              </w:rPr>
              <w:t>¿</w:t>
            </w:r>
            <w:proofErr w:type="spellStart"/>
            <w:proofErr w:type="gramStart"/>
            <w:r>
              <w:rPr>
                <w:b/>
              </w:rPr>
              <w:t>Cuál</w:t>
            </w:r>
            <w:proofErr w:type="spellEnd"/>
            <w:r>
              <w:rPr>
                <w:b/>
              </w:rPr>
              <w:t>?:</w:t>
            </w:r>
            <w:proofErr w:type="gramEnd"/>
            <w:r>
              <w:rPr>
                <w:b/>
              </w:rPr>
              <w:t xml:space="preserve"> </w:t>
            </w:r>
            <w:r>
              <w:t>__________________________________</w:t>
            </w:r>
          </w:p>
        </w:tc>
      </w:tr>
      <w:tr w:rsidR="000101E0" w14:paraId="39AF8EBE" w14:textId="77777777">
        <w:trPr>
          <w:jc w:val="center"/>
        </w:trPr>
        <w:tc>
          <w:tcPr>
            <w:tcW w:w="5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E46CC2" w14:textId="77777777" w:rsidR="000101E0" w:rsidRDefault="00000000">
            <w:r>
              <w:rPr>
                <w:b/>
              </w:rPr>
              <w:t xml:space="preserve">¿Es alérgico/a? </w:t>
            </w:r>
            <w:r>
              <w:t>☐ Sí   ☐ No</w:t>
            </w:r>
          </w:p>
        </w:tc>
        <w:tc>
          <w:tcPr>
            <w:tcW w:w="5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2D30A2" w14:textId="70BABD8D" w:rsidR="000101E0" w:rsidRDefault="00000000">
            <w:proofErr w:type="spellStart"/>
            <w:r>
              <w:rPr>
                <w:b/>
              </w:rPr>
              <w:t>Especifique</w:t>
            </w:r>
            <w:proofErr w:type="spellEnd"/>
            <w:r>
              <w:rPr>
                <w:b/>
              </w:rPr>
              <w:t xml:space="preserve">: </w:t>
            </w:r>
            <w:r>
              <w:t>____________________________</w:t>
            </w:r>
          </w:p>
        </w:tc>
      </w:tr>
      <w:tr w:rsidR="000101E0" w14:paraId="746813B0" w14:textId="77777777">
        <w:trPr>
          <w:jc w:val="center"/>
        </w:trPr>
        <w:tc>
          <w:tcPr>
            <w:tcW w:w="10512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03EB56" w14:textId="4C7A7986" w:rsidR="000101E0" w:rsidRDefault="00000000">
            <w:proofErr w:type="spellStart"/>
            <w:r>
              <w:rPr>
                <w:b/>
              </w:rPr>
              <w:t>Cuidados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que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requiere</w:t>
            </w:r>
            <w:proofErr w:type="spellEnd"/>
            <w:r>
              <w:rPr>
                <w:b/>
              </w:rPr>
              <w:t xml:space="preserve"> la alergia: </w:t>
            </w:r>
            <w:r>
              <w:t>____________________________________________________________________</w:t>
            </w:r>
          </w:p>
        </w:tc>
      </w:tr>
      <w:tr w:rsidR="000101E0" w14:paraId="2217D90B" w14:textId="77777777">
        <w:trPr>
          <w:jc w:val="center"/>
        </w:trPr>
        <w:tc>
          <w:tcPr>
            <w:tcW w:w="5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C831C9" w14:textId="77777777" w:rsidR="000101E0" w:rsidRDefault="00000000">
            <w:r>
              <w:rPr>
                <w:b/>
              </w:rPr>
              <w:t xml:space="preserve">¿Alimento prohibido? </w:t>
            </w:r>
            <w:r>
              <w:t>☐ Sí   ☐ No</w:t>
            </w:r>
          </w:p>
        </w:tc>
        <w:tc>
          <w:tcPr>
            <w:tcW w:w="5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2AC6C2" w14:textId="67114BC9" w:rsidR="000101E0" w:rsidRDefault="00000000">
            <w:r>
              <w:rPr>
                <w:b/>
              </w:rPr>
              <w:t>¿</w:t>
            </w:r>
            <w:proofErr w:type="spellStart"/>
            <w:proofErr w:type="gramStart"/>
            <w:r>
              <w:rPr>
                <w:b/>
              </w:rPr>
              <w:t>Cuál</w:t>
            </w:r>
            <w:proofErr w:type="spellEnd"/>
            <w:r>
              <w:rPr>
                <w:b/>
              </w:rPr>
              <w:t>?:</w:t>
            </w:r>
            <w:proofErr w:type="gramEnd"/>
            <w:r>
              <w:rPr>
                <w:b/>
              </w:rPr>
              <w:t xml:space="preserve"> </w:t>
            </w:r>
            <w:r>
              <w:t>__________________________________</w:t>
            </w:r>
          </w:p>
        </w:tc>
      </w:tr>
    </w:tbl>
    <w:p w14:paraId="07EE494D" w14:textId="77777777" w:rsidR="000101E0" w:rsidRDefault="00000000" w:rsidP="0005307E">
      <w:pPr>
        <w:spacing w:before="240" w:after="40"/>
      </w:pPr>
      <w:r>
        <w:rPr>
          <w:b/>
        </w:rPr>
        <w:t xml:space="preserve">Otras observaciones de </w:t>
      </w:r>
      <w:proofErr w:type="spellStart"/>
      <w:r>
        <w:rPr>
          <w:b/>
        </w:rPr>
        <w:t>los</w:t>
      </w:r>
      <w:proofErr w:type="spellEnd"/>
      <w:r>
        <w:rPr>
          <w:b/>
        </w:rPr>
        <w:t xml:space="preserve"> padres o </w:t>
      </w:r>
      <w:proofErr w:type="spellStart"/>
      <w:r>
        <w:rPr>
          <w:b/>
        </w:rPr>
        <w:t>tutores</w:t>
      </w:r>
      <w:proofErr w:type="spellEnd"/>
      <w:r>
        <w:rPr>
          <w:b/>
        </w:rPr>
        <w:t>:</w:t>
      </w:r>
    </w:p>
    <w:p w14:paraId="5B7EBB54" w14:textId="20E3707F" w:rsidR="000101E0" w:rsidRDefault="00000000">
      <w:pPr>
        <w:spacing w:after="80"/>
      </w:pPr>
      <w:r>
        <w:t>____________________________________________________________________________________________________</w:t>
      </w:r>
      <w:r w:rsidR="0005307E">
        <w:t>_</w:t>
      </w:r>
    </w:p>
    <w:p w14:paraId="55854F8D" w14:textId="77777777" w:rsidR="0005307E" w:rsidRDefault="0005307E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0101E0" w14:paraId="2895D48E" w14:textId="77777777">
        <w:trPr>
          <w:jc w:val="center"/>
        </w:trPr>
        <w:tc>
          <w:tcPr>
            <w:tcW w:w="10512" w:type="dxa"/>
            <w:tcBorders>
              <w:left w:val="single" w:sz="24" w:space="0" w:color="2563EB"/>
            </w:tcBorders>
            <w:shd w:val="clear" w:color="auto" w:fill="F1F5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E573BD" w14:textId="7FAA50A8" w:rsidR="000101E0" w:rsidRDefault="00000000">
            <w:pPr>
              <w:spacing w:after="0"/>
            </w:pPr>
            <w:r>
              <w:rPr>
                <w:b/>
                <w:color w:val="1E3A8A"/>
                <w:sz w:val="20"/>
              </w:rPr>
              <w:lastRenderedPageBreak/>
              <w:t>4. OBSERVACIONES ESCOLARES Y HÁBITOS DE TRABAJO</w:t>
            </w:r>
          </w:p>
        </w:tc>
      </w:tr>
    </w:tbl>
    <w:p w14:paraId="17081C96" w14:textId="156D498F" w:rsidR="000101E0" w:rsidRDefault="000101E0">
      <w:pPr>
        <w:spacing w:after="80"/>
      </w:pPr>
    </w:p>
    <w:p w14:paraId="2D3D6788" w14:textId="77777777" w:rsidR="000101E0" w:rsidRDefault="00000000">
      <w:pPr>
        <w:spacing w:after="80"/>
      </w:pPr>
      <w:r>
        <w:rPr>
          <w:i/>
          <w:color w:val="475569"/>
          <w:sz w:val="17"/>
        </w:rPr>
        <w:t>Escala de valoración: 1 = Nunca  |  2 = A veces  |  3 = A menudo  |  4 = Siempre</w:t>
      </w:r>
    </w:p>
    <w:tbl>
      <w:tblPr>
        <w:tblW w:w="0" w:type="auto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Look w:val="04A0" w:firstRow="1" w:lastRow="0" w:firstColumn="1" w:lastColumn="0" w:noHBand="0" w:noVBand="1"/>
      </w:tblPr>
      <w:tblGrid>
        <w:gridCol w:w="3135"/>
        <w:gridCol w:w="5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101E0" w14:paraId="1C17ADAB" w14:textId="77777777" w:rsidTr="00641336">
        <w:trPr>
          <w:trHeight w:val="466"/>
          <w:jc w:val="center"/>
        </w:trPr>
        <w:tc>
          <w:tcPr>
            <w:tcW w:w="3135" w:type="dxa"/>
            <w:vMerge w:val="restart"/>
            <w:shd w:val="clear" w:color="auto" w:fill="F1F5F9"/>
          </w:tcPr>
          <w:p w14:paraId="27B9995C" w14:textId="77777777" w:rsidR="000101E0" w:rsidRDefault="00000000" w:rsidP="00641336">
            <w:pPr>
              <w:spacing w:before="240"/>
              <w:jc w:val="center"/>
            </w:pPr>
            <w:proofErr w:type="spellStart"/>
            <w:r>
              <w:rPr>
                <w:b/>
              </w:rPr>
              <w:t>Criterio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Hábito</w:t>
            </w:r>
            <w:proofErr w:type="spellEnd"/>
          </w:p>
        </w:tc>
        <w:tc>
          <w:tcPr>
            <w:tcW w:w="2226" w:type="dxa"/>
            <w:gridSpan w:val="4"/>
            <w:shd w:val="clear" w:color="auto" w:fill="F1F5F9"/>
          </w:tcPr>
          <w:p w14:paraId="163D26CE" w14:textId="77777777" w:rsidR="000101E0" w:rsidRDefault="00000000" w:rsidP="00641336">
            <w:pPr>
              <w:spacing w:before="120" w:after="0"/>
              <w:jc w:val="center"/>
            </w:pPr>
            <w:r>
              <w:rPr>
                <w:b/>
              </w:rPr>
              <w:t>1º Trimestre</w:t>
            </w:r>
          </w:p>
        </w:tc>
        <w:tc>
          <w:tcPr>
            <w:tcW w:w="2268" w:type="dxa"/>
            <w:gridSpan w:val="4"/>
            <w:shd w:val="clear" w:color="auto" w:fill="F1F5F9"/>
          </w:tcPr>
          <w:p w14:paraId="43067225" w14:textId="77777777" w:rsidR="000101E0" w:rsidRDefault="00000000" w:rsidP="00641336">
            <w:pPr>
              <w:spacing w:before="120" w:after="0"/>
              <w:jc w:val="center"/>
            </w:pPr>
            <w:r>
              <w:rPr>
                <w:b/>
              </w:rPr>
              <w:t>2º Trimestre</w:t>
            </w:r>
          </w:p>
        </w:tc>
        <w:tc>
          <w:tcPr>
            <w:tcW w:w="2268" w:type="dxa"/>
            <w:gridSpan w:val="4"/>
            <w:shd w:val="clear" w:color="auto" w:fill="F1F5F9"/>
          </w:tcPr>
          <w:p w14:paraId="6955CFF4" w14:textId="7B9B5469" w:rsidR="000101E0" w:rsidRDefault="00000000" w:rsidP="00641336">
            <w:pPr>
              <w:spacing w:before="120" w:after="0"/>
              <w:jc w:val="center"/>
            </w:pPr>
            <w:r>
              <w:rPr>
                <w:b/>
              </w:rPr>
              <w:t xml:space="preserve">3º </w:t>
            </w:r>
            <w:proofErr w:type="spellStart"/>
            <w:r>
              <w:rPr>
                <w:b/>
              </w:rPr>
              <w:t>Trimestre</w:t>
            </w:r>
            <w:proofErr w:type="spellEnd"/>
          </w:p>
        </w:tc>
      </w:tr>
      <w:tr w:rsidR="000101E0" w14:paraId="2A8A633D" w14:textId="77777777" w:rsidTr="00641336">
        <w:trPr>
          <w:trHeight w:val="142"/>
          <w:jc w:val="center"/>
        </w:trPr>
        <w:tc>
          <w:tcPr>
            <w:tcW w:w="3135" w:type="dxa"/>
            <w:vMerge/>
          </w:tcPr>
          <w:p w14:paraId="536E2D6C" w14:textId="77777777" w:rsidR="000101E0" w:rsidRDefault="000101E0"/>
        </w:tc>
        <w:tc>
          <w:tcPr>
            <w:tcW w:w="525" w:type="dxa"/>
            <w:shd w:val="clear" w:color="auto" w:fill="F8FAFC"/>
          </w:tcPr>
          <w:p w14:paraId="44D159D5" w14:textId="77777777" w:rsidR="000101E0" w:rsidRDefault="00000000" w:rsidP="00641336">
            <w:pPr>
              <w:spacing w:after="12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shd w:val="clear" w:color="auto" w:fill="F8FAFC"/>
          </w:tcPr>
          <w:p w14:paraId="2E7012CD" w14:textId="77777777" w:rsidR="000101E0" w:rsidRDefault="00000000" w:rsidP="00641336">
            <w:pPr>
              <w:spacing w:after="12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shd w:val="clear" w:color="auto" w:fill="F8FAFC"/>
          </w:tcPr>
          <w:p w14:paraId="1C8E14D2" w14:textId="77777777" w:rsidR="000101E0" w:rsidRDefault="00000000" w:rsidP="00641336">
            <w:pPr>
              <w:spacing w:after="12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shd w:val="clear" w:color="auto" w:fill="F8FAFC"/>
          </w:tcPr>
          <w:p w14:paraId="11C187AC" w14:textId="77777777" w:rsidR="000101E0" w:rsidRDefault="00000000" w:rsidP="00641336">
            <w:pPr>
              <w:spacing w:after="12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567" w:type="dxa"/>
            <w:shd w:val="clear" w:color="auto" w:fill="F8FAFC"/>
          </w:tcPr>
          <w:p w14:paraId="487E7A9F" w14:textId="77777777" w:rsidR="000101E0" w:rsidRDefault="00000000" w:rsidP="00641336">
            <w:pPr>
              <w:spacing w:after="12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shd w:val="clear" w:color="auto" w:fill="F8FAFC"/>
          </w:tcPr>
          <w:p w14:paraId="3732F4E3" w14:textId="77777777" w:rsidR="000101E0" w:rsidRDefault="00000000" w:rsidP="00641336">
            <w:pPr>
              <w:spacing w:after="12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shd w:val="clear" w:color="auto" w:fill="F8FAFC"/>
          </w:tcPr>
          <w:p w14:paraId="38E97B1D" w14:textId="77777777" w:rsidR="000101E0" w:rsidRDefault="00000000" w:rsidP="00641336">
            <w:pPr>
              <w:spacing w:after="12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shd w:val="clear" w:color="auto" w:fill="F8FAFC"/>
          </w:tcPr>
          <w:p w14:paraId="7024C86C" w14:textId="77777777" w:rsidR="000101E0" w:rsidRDefault="00000000" w:rsidP="00641336">
            <w:pPr>
              <w:spacing w:after="12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567" w:type="dxa"/>
            <w:shd w:val="clear" w:color="auto" w:fill="F8FAFC"/>
          </w:tcPr>
          <w:p w14:paraId="4E29BC9D" w14:textId="77777777" w:rsidR="000101E0" w:rsidRDefault="00000000" w:rsidP="00641336">
            <w:pPr>
              <w:spacing w:after="12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shd w:val="clear" w:color="auto" w:fill="F8FAFC"/>
          </w:tcPr>
          <w:p w14:paraId="3235A3BC" w14:textId="7A160557" w:rsidR="000101E0" w:rsidRDefault="00000000" w:rsidP="00641336">
            <w:pPr>
              <w:spacing w:after="12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shd w:val="clear" w:color="auto" w:fill="F8FAFC"/>
          </w:tcPr>
          <w:p w14:paraId="4ED72ED3" w14:textId="77777777" w:rsidR="000101E0" w:rsidRDefault="00000000" w:rsidP="00641336">
            <w:pPr>
              <w:spacing w:after="12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shd w:val="clear" w:color="auto" w:fill="F8FAFC"/>
          </w:tcPr>
          <w:p w14:paraId="302C3217" w14:textId="77777777" w:rsidR="000101E0" w:rsidRDefault="00000000" w:rsidP="00641336">
            <w:pPr>
              <w:spacing w:after="120"/>
              <w:jc w:val="center"/>
            </w:pPr>
            <w:r>
              <w:rPr>
                <w:b/>
              </w:rPr>
              <w:t>4</w:t>
            </w:r>
          </w:p>
        </w:tc>
      </w:tr>
      <w:tr w:rsidR="000101E0" w14:paraId="020DCCE6" w14:textId="77777777" w:rsidTr="00641336">
        <w:trPr>
          <w:trHeight w:val="440"/>
          <w:jc w:val="center"/>
        </w:trPr>
        <w:tc>
          <w:tcPr>
            <w:tcW w:w="31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A0DEE8F" w14:textId="77777777" w:rsidR="000101E0" w:rsidRDefault="00000000" w:rsidP="0005307E">
            <w:pPr>
              <w:spacing w:after="0"/>
            </w:pPr>
            <w:proofErr w:type="spellStart"/>
            <w:r>
              <w:t>Asiste</w:t>
            </w:r>
            <w:proofErr w:type="spellEnd"/>
            <w:r>
              <w:t xml:space="preserve"> </w:t>
            </w:r>
            <w:proofErr w:type="spellStart"/>
            <w:r>
              <w:t>normalmente</w:t>
            </w:r>
            <w:proofErr w:type="spellEnd"/>
            <w:r>
              <w:t xml:space="preserve"> a </w:t>
            </w:r>
            <w:proofErr w:type="spellStart"/>
            <w:r>
              <w:t>clase</w:t>
            </w:r>
            <w:proofErr w:type="spellEnd"/>
            <w:r>
              <w:t xml:space="preserve"> y con puntualidad</w:t>
            </w:r>
          </w:p>
        </w:tc>
        <w:tc>
          <w:tcPr>
            <w:tcW w:w="52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3859DCC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035747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338132A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943F9F6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FD94C0C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E4767F5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6C2F19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55786C2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9D98E8D" w14:textId="1ABFC791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A3E9B68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EDC92A4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EF2575A" w14:textId="77777777" w:rsidR="000101E0" w:rsidRDefault="000101E0" w:rsidP="00641336">
            <w:pPr>
              <w:spacing w:after="0"/>
            </w:pPr>
          </w:p>
        </w:tc>
      </w:tr>
      <w:tr w:rsidR="000101E0" w14:paraId="28B79A08" w14:textId="77777777" w:rsidTr="00641336">
        <w:trPr>
          <w:trHeight w:val="378"/>
          <w:jc w:val="center"/>
        </w:trPr>
        <w:tc>
          <w:tcPr>
            <w:tcW w:w="31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67A45AE" w14:textId="77777777" w:rsidR="000101E0" w:rsidRDefault="00000000" w:rsidP="00641336">
            <w:pPr>
              <w:spacing w:after="0"/>
            </w:pPr>
            <w:r>
              <w:t xml:space="preserve">Es ordenado/a y </w:t>
            </w:r>
            <w:proofErr w:type="spellStart"/>
            <w:r>
              <w:t>organizado</w:t>
            </w:r>
            <w:proofErr w:type="spellEnd"/>
            <w:r>
              <w:t>/a</w:t>
            </w:r>
          </w:p>
        </w:tc>
        <w:tc>
          <w:tcPr>
            <w:tcW w:w="52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BD011E8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4BDF1F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BBB38E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8E41BD6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20CC500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EEE45D4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5F98BAA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16FD4B2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3F85A2" w14:textId="4F88361C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F670F1" w14:textId="52186FD5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657A644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B925AF1" w14:textId="77777777" w:rsidR="000101E0" w:rsidRDefault="000101E0" w:rsidP="00641336">
            <w:pPr>
              <w:spacing w:after="0"/>
            </w:pPr>
          </w:p>
        </w:tc>
      </w:tr>
      <w:tr w:rsidR="000101E0" w14:paraId="3979C4BE" w14:textId="77777777" w:rsidTr="00641336">
        <w:trPr>
          <w:trHeight w:val="342"/>
          <w:jc w:val="center"/>
        </w:trPr>
        <w:tc>
          <w:tcPr>
            <w:tcW w:w="31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9CED83" w14:textId="7495B907" w:rsidR="000101E0" w:rsidRDefault="00000000" w:rsidP="00641336">
            <w:pPr>
              <w:spacing w:after="0"/>
            </w:pPr>
            <w:proofErr w:type="spellStart"/>
            <w:r>
              <w:t>Normalmente</w:t>
            </w:r>
            <w:proofErr w:type="spellEnd"/>
            <w:r>
              <w:t xml:space="preserve"> </w:t>
            </w:r>
            <w:proofErr w:type="spellStart"/>
            <w:r>
              <w:t>hace</w:t>
            </w:r>
            <w:proofErr w:type="spellEnd"/>
            <w:r>
              <w:t xml:space="preserve">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r w:rsidR="00641336">
              <w:t>debars</w:t>
            </w:r>
          </w:p>
        </w:tc>
        <w:tc>
          <w:tcPr>
            <w:tcW w:w="52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5094CD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76970FC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3205EC5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BE082A1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F005D3C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05C5A6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47C5F14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25839CA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DADC4B5" w14:textId="42946655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E605B27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195A356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4A7EE9E" w14:textId="77777777" w:rsidR="000101E0" w:rsidRDefault="000101E0" w:rsidP="00641336">
            <w:pPr>
              <w:spacing w:after="0"/>
            </w:pPr>
          </w:p>
        </w:tc>
      </w:tr>
      <w:tr w:rsidR="000101E0" w14:paraId="6EE95059" w14:textId="77777777" w:rsidTr="00641336">
        <w:trPr>
          <w:trHeight w:val="335"/>
          <w:jc w:val="center"/>
        </w:trPr>
        <w:tc>
          <w:tcPr>
            <w:tcW w:w="31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F7D8059" w14:textId="77777777" w:rsidR="000101E0" w:rsidRDefault="00000000" w:rsidP="00641336">
            <w:pPr>
              <w:spacing w:after="0"/>
            </w:pPr>
            <w:r>
              <w:t xml:space="preserve">Tiene </w:t>
            </w:r>
            <w:proofErr w:type="spellStart"/>
            <w:r>
              <w:t>interés</w:t>
            </w:r>
            <w:proofErr w:type="spellEnd"/>
            <w:r>
              <w:t xml:space="preserve"> y </w:t>
            </w:r>
            <w:proofErr w:type="spellStart"/>
            <w:r>
              <w:t>aprovecha</w:t>
            </w:r>
            <w:proofErr w:type="spellEnd"/>
            <w:r>
              <w:t xml:space="preserve"> el tiempo</w:t>
            </w:r>
          </w:p>
        </w:tc>
        <w:tc>
          <w:tcPr>
            <w:tcW w:w="52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CB18935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1E99CE8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A354447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8892306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0115EBF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56C7665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D06AC3A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409F500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D08E93A" w14:textId="66CCEB3D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9E82306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994658F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D090A9F" w14:textId="77777777" w:rsidR="000101E0" w:rsidRDefault="000101E0" w:rsidP="00641336">
            <w:pPr>
              <w:spacing w:after="0"/>
            </w:pPr>
          </w:p>
        </w:tc>
      </w:tr>
      <w:tr w:rsidR="000101E0" w14:paraId="5A12FDFD" w14:textId="77777777" w:rsidTr="00641336">
        <w:trPr>
          <w:trHeight w:val="340"/>
          <w:jc w:val="center"/>
        </w:trPr>
        <w:tc>
          <w:tcPr>
            <w:tcW w:w="313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7BC5754" w14:textId="77777777" w:rsidR="000101E0" w:rsidRDefault="00000000" w:rsidP="00641336">
            <w:pPr>
              <w:spacing w:after="0"/>
            </w:pPr>
            <w:proofErr w:type="spellStart"/>
            <w:r>
              <w:t>Progresa</w:t>
            </w:r>
            <w:proofErr w:type="spellEnd"/>
            <w:r>
              <w:t xml:space="preserve"> </w:t>
            </w:r>
            <w:proofErr w:type="spellStart"/>
            <w:r>
              <w:t>adecuadamente</w:t>
            </w:r>
            <w:proofErr w:type="spellEnd"/>
          </w:p>
        </w:tc>
        <w:tc>
          <w:tcPr>
            <w:tcW w:w="525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6EE1B1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BD53BA3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E5DAB1C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A7A5BA3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31A6FD4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40FC45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1ABE67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D075F5E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EE26CD9" w14:textId="5E9D9CE6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F767030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DBAB37D" w14:textId="77777777" w:rsidR="000101E0" w:rsidRDefault="000101E0" w:rsidP="00641336">
            <w:pPr>
              <w:spacing w:after="0"/>
            </w:pPr>
          </w:p>
        </w:tc>
        <w:tc>
          <w:tcPr>
            <w:tcW w:w="567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E8471EB" w14:textId="77777777" w:rsidR="000101E0" w:rsidRDefault="000101E0" w:rsidP="00641336">
            <w:pPr>
              <w:spacing w:after="0"/>
            </w:pPr>
          </w:p>
        </w:tc>
      </w:tr>
    </w:tbl>
    <w:p w14:paraId="25A6C6E7" w14:textId="1C4B5156" w:rsidR="000101E0" w:rsidRDefault="000101E0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0101E0" w14:paraId="6C7A4B76" w14:textId="77777777">
        <w:trPr>
          <w:jc w:val="center"/>
        </w:trPr>
        <w:tc>
          <w:tcPr>
            <w:tcW w:w="10512" w:type="dxa"/>
            <w:tcBorders>
              <w:left w:val="single" w:sz="24" w:space="0" w:color="2563EB"/>
            </w:tcBorders>
            <w:shd w:val="clear" w:color="auto" w:fill="F1F5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29464A" w14:textId="64343E5D" w:rsidR="000101E0" w:rsidRDefault="00000000">
            <w:pPr>
              <w:spacing w:after="0"/>
            </w:pPr>
            <w:r>
              <w:rPr>
                <w:b/>
                <w:color w:val="1E3A8A"/>
                <w:sz w:val="20"/>
              </w:rPr>
              <w:t>5. REGISTRO DE VISITAS Y REUNIONES (ALUMNOS Y/O FAMILIAS)</w:t>
            </w:r>
          </w:p>
        </w:tc>
      </w:tr>
    </w:tbl>
    <w:p w14:paraId="2AADF21E" w14:textId="122C8B1B" w:rsidR="000101E0" w:rsidRDefault="000101E0">
      <w:pPr>
        <w:spacing w:after="80"/>
      </w:pPr>
    </w:p>
    <w:tbl>
      <w:tblPr>
        <w:tblW w:w="0" w:type="auto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ook w:val="04A0" w:firstRow="1" w:lastRow="0" w:firstColumn="1" w:lastColumn="0" w:noHBand="0" w:noVBand="1"/>
      </w:tblPr>
      <w:tblGrid>
        <w:gridCol w:w="1276"/>
        <w:gridCol w:w="2835"/>
        <w:gridCol w:w="4253"/>
        <w:gridCol w:w="2148"/>
      </w:tblGrid>
      <w:tr w:rsidR="000101E0" w14:paraId="49A867DB" w14:textId="77777777" w:rsidTr="0005307E">
        <w:trPr>
          <w:jc w:val="center"/>
        </w:trPr>
        <w:tc>
          <w:tcPr>
            <w:tcW w:w="1276" w:type="dxa"/>
            <w:shd w:val="clear" w:color="auto" w:fill="F1F5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E334D" w14:textId="77777777" w:rsidR="000101E0" w:rsidRDefault="00000000" w:rsidP="00641336">
            <w:pPr>
              <w:spacing w:after="0"/>
              <w:jc w:val="center"/>
            </w:pPr>
            <w:proofErr w:type="spellStart"/>
            <w:r>
              <w:rPr>
                <w:b/>
              </w:rPr>
              <w:t>Fecha</w:t>
            </w:r>
            <w:proofErr w:type="spellEnd"/>
          </w:p>
        </w:tc>
        <w:tc>
          <w:tcPr>
            <w:tcW w:w="2835" w:type="dxa"/>
            <w:shd w:val="clear" w:color="auto" w:fill="F1F5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2F8F8" w14:textId="77777777" w:rsidR="000101E0" w:rsidRDefault="00000000" w:rsidP="00641336">
            <w:pPr>
              <w:spacing w:after="0"/>
              <w:jc w:val="center"/>
            </w:pPr>
            <w:r>
              <w:rPr>
                <w:b/>
              </w:rPr>
              <w:t>Motivo</w:t>
            </w:r>
          </w:p>
        </w:tc>
        <w:tc>
          <w:tcPr>
            <w:tcW w:w="4253" w:type="dxa"/>
            <w:shd w:val="clear" w:color="auto" w:fill="F1F5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646CB" w14:textId="4ED43563" w:rsidR="000101E0" w:rsidRDefault="00000000" w:rsidP="00641336">
            <w:pPr>
              <w:spacing w:after="0"/>
              <w:jc w:val="center"/>
            </w:pPr>
            <w:proofErr w:type="spellStart"/>
            <w:r>
              <w:rPr>
                <w:b/>
              </w:rPr>
              <w:t>Acuerdos</w:t>
            </w:r>
            <w:proofErr w:type="spellEnd"/>
          </w:p>
        </w:tc>
        <w:tc>
          <w:tcPr>
            <w:tcW w:w="2148" w:type="dxa"/>
            <w:shd w:val="clear" w:color="auto" w:fill="F1F5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6A798" w14:textId="77777777" w:rsidR="000101E0" w:rsidRDefault="00000000" w:rsidP="00641336">
            <w:pPr>
              <w:spacing w:after="0"/>
              <w:jc w:val="center"/>
            </w:pPr>
            <w:r>
              <w:rPr>
                <w:b/>
              </w:rPr>
              <w:t>Firma Familia</w:t>
            </w:r>
          </w:p>
        </w:tc>
      </w:tr>
      <w:tr w:rsidR="000101E0" w14:paraId="136A5955" w14:textId="77777777" w:rsidTr="0005307E">
        <w:trPr>
          <w:jc w:val="center"/>
        </w:trPr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51D24" w14:textId="77777777" w:rsidR="000101E0" w:rsidRDefault="000101E0"/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BCD16" w14:textId="77777777" w:rsidR="000101E0" w:rsidRDefault="000101E0"/>
        </w:tc>
        <w:tc>
          <w:tcPr>
            <w:tcW w:w="42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7AB1E" w14:textId="61A98D46" w:rsidR="000101E0" w:rsidRDefault="000101E0"/>
        </w:tc>
        <w:tc>
          <w:tcPr>
            <w:tcW w:w="21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C8DD8" w14:textId="77777777" w:rsidR="000101E0" w:rsidRDefault="000101E0"/>
        </w:tc>
      </w:tr>
      <w:tr w:rsidR="0005307E" w14:paraId="528D61F0" w14:textId="77777777" w:rsidTr="0005307E">
        <w:trPr>
          <w:jc w:val="center"/>
        </w:trPr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508A8" w14:textId="77777777" w:rsidR="0005307E" w:rsidRDefault="0005307E"/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9D8B2" w14:textId="77777777" w:rsidR="0005307E" w:rsidRDefault="0005307E"/>
        </w:tc>
        <w:tc>
          <w:tcPr>
            <w:tcW w:w="42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AD8F7" w14:textId="77777777" w:rsidR="0005307E" w:rsidRDefault="0005307E"/>
        </w:tc>
        <w:tc>
          <w:tcPr>
            <w:tcW w:w="21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24D55" w14:textId="77777777" w:rsidR="0005307E" w:rsidRDefault="0005307E"/>
        </w:tc>
      </w:tr>
      <w:tr w:rsidR="0005307E" w14:paraId="63E1BB0B" w14:textId="77777777" w:rsidTr="0005307E">
        <w:trPr>
          <w:jc w:val="center"/>
        </w:trPr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37283" w14:textId="77777777" w:rsidR="0005307E" w:rsidRDefault="0005307E"/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CF2D7" w14:textId="01AEB6CD" w:rsidR="0005307E" w:rsidRDefault="0005307E"/>
        </w:tc>
        <w:tc>
          <w:tcPr>
            <w:tcW w:w="42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D077B" w14:textId="77777777" w:rsidR="0005307E" w:rsidRDefault="0005307E"/>
        </w:tc>
        <w:tc>
          <w:tcPr>
            <w:tcW w:w="21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4F0AB" w14:textId="77777777" w:rsidR="0005307E" w:rsidRDefault="0005307E"/>
        </w:tc>
      </w:tr>
      <w:tr w:rsidR="000101E0" w14:paraId="0341A6FA" w14:textId="77777777" w:rsidTr="0005307E">
        <w:trPr>
          <w:jc w:val="center"/>
        </w:trPr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1DEC1" w14:textId="77777777" w:rsidR="000101E0" w:rsidRDefault="000101E0"/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B79E3" w14:textId="77777777" w:rsidR="000101E0" w:rsidRDefault="000101E0"/>
        </w:tc>
        <w:tc>
          <w:tcPr>
            <w:tcW w:w="42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FE955" w14:textId="77777777" w:rsidR="000101E0" w:rsidRDefault="000101E0"/>
        </w:tc>
        <w:tc>
          <w:tcPr>
            <w:tcW w:w="21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742FD" w14:textId="77777777" w:rsidR="000101E0" w:rsidRDefault="000101E0"/>
        </w:tc>
      </w:tr>
      <w:tr w:rsidR="000101E0" w14:paraId="18494772" w14:textId="77777777" w:rsidTr="0005307E">
        <w:trPr>
          <w:jc w:val="center"/>
        </w:trPr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F67BE" w14:textId="77777777" w:rsidR="000101E0" w:rsidRDefault="000101E0"/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B89DD" w14:textId="6BF7FE29" w:rsidR="000101E0" w:rsidRDefault="000101E0"/>
        </w:tc>
        <w:tc>
          <w:tcPr>
            <w:tcW w:w="42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4C9B4" w14:textId="77777777" w:rsidR="000101E0" w:rsidRDefault="000101E0"/>
        </w:tc>
        <w:tc>
          <w:tcPr>
            <w:tcW w:w="21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AD48E" w14:textId="77777777" w:rsidR="000101E0" w:rsidRDefault="000101E0"/>
        </w:tc>
      </w:tr>
      <w:tr w:rsidR="0005307E" w14:paraId="30251412" w14:textId="77777777" w:rsidTr="0005307E">
        <w:trPr>
          <w:jc w:val="center"/>
        </w:trPr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967D9" w14:textId="13581D43" w:rsidR="0005307E" w:rsidRDefault="0005307E"/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1CCAC" w14:textId="15D616D1" w:rsidR="0005307E" w:rsidRDefault="0005307E"/>
        </w:tc>
        <w:tc>
          <w:tcPr>
            <w:tcW w:w="42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597FB" w14:textId="77777777" w:rsidR="0005307E" w:rsidRDefault="0005307E"/>
        </w:tc>
        <w:tc>
          <w:tcPr>
            <w:tcW w:w="21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46C8D" w14:textId="77777777" w:rsidR="0005307E" w:rsidRDefault="0005307E"/>
        </w:tc>
      </w:tr>
      <w:tr w:rsidR="000101E0" w14:paraId="19A125CF" w14:textId="77777777" w:rsidTr="0005307E">
        <w:trPr>
          <w:jc w:val="center"/>
        </w:trPr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69DA1" w14:textId="2A4A686E" w:rsidR="000101E0" w:rsidRDefault="000101E0"/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A12B1" w14:textId="77777777" w:rsidR="000101E0" w:rsidRDefault="000101E0"/>
        </w:tc>
        <w:tc>
          <w:tcPr>
            <w:tcW w:w="42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BC4AD" w14:textId="77777777" w:rsidR="000101E0" w:rsidRDefault="000101E0"/>
        </w:tc>
        <w:tc>
          <w:tcPr>
            <w:tcW w:w="21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4F96A" w14:textId="77777777" w:rsidR="000101E0" w:rsidRDefault="000101E0"/>
        </w:tc>
      </w:tr>
    </w:tbl>
    <w:p w14:paraId="563448EB" w14:textId="6F98464B" w:rsidR="000101E0" w:rsidRDefault="000101E0">
      <w:pPr>
        <w:spacing w:after="240"/>
      </w:pPr>
    </w:p>
    <w:p w14:paraId="551CA888" w14:textId="77777777" w:rsidR="00AC0349" w:rsidRDefault="00AC0349"/>
    <w:sectPr w:rsidR="00AC0349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001815">
    <w:abstractNumId w:val="8"/>
  </w:num>
  <w:num w:numId="2" w16cid:durableId="1128009938">
    <w:abstractNumId w:val="6"/>
  </w:num>
  <w:num w:numId="3" w16cid:durableId="1629313828">
    <w:abstractNumId w:val="5"/>
  </w:num>
  <w:num w:numId="4" w16cid:durableId="186530866">
    <w:abstractNumId w:val="4"/>
  </w:num>
  <w:num w:numId="5" w16cid:durableId="1658992078">
    <w:abstractNumId w:val="7"/>
  </w:num>
  <w:num w:numId="6" w16cid:durableId="1558735284">
    <w:abstractNumId w:val="3"/>
  </w:num>
  <w:num w:numId="7" w16cid:durableId="1727872612">
    <w:abstractNumId w:val="2"/>
  </w:num>
  <w:num w:numId="8" w16cid:durableId="849372421">
    <w:abstractNumId w:val="1"/>
  </w:num>
  <w:num w:numId="9" w16cid:durableId="66616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1E0"/>
    <w:rsid w:val="00034616"/>
    <w:rsid w:val="0005307E"/>
    <w:rsid w:val="0006063C"/>
    <w:rsid w:val="0015074B"/>
    <w:rsid w:val="0029639D"/>
    <w:rsid w:val="00326F90"/>
    <w:rsid w:val="00641336"/>
    <w:rsid w:val="006E2382"/>
    <w:rsid w:val="00AA1D8D"/>
    <w:rsid w:val="00AC034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01E5DC"/>
  <w14:defaultImageDpi w14:val="300"/>
  <w15:docId w15:val="{8387DC35-C763-4E18-AB23-2F7A665D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1E293B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351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Begoña Fructuoso</cp:lastModifiedBy>
  <cp:revision>2</cp:revision>
  <dcterms:created xsi:type="dcterms:W3CDTF">2026-08-23T17:05:00Z</dcterms:created>
  <dcterms:modified xsi:type="dcterms:W3CDTF">2026-08-23T17:05:00Z</dcterms:modified>
  <cp:category/>
</cp:coreProperties>
</file>