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9FB743" w14:textId="2F8860D5" w:rsidR="00884FA0" w:rsidRDefault="00FF64E0">
      <w:pPr>
        <w:jc w:val="center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7F881A0C" wp14:editId="79D5C369">
            <wp:simplePos x="0" y="0"/>
            <wp:positionH relativeFrom="column">
              <wp:posOffset>711200</wp:posOffset>
            </wp:positionH>
            <wp:positionV relativeFrom="paragraph">
              <wp:posOffset>-273050</wp:posOffset>
            </wp:positionV>
            <wp:extent cx="654050" cy="654050"/>
            <wp:effectExtent l="0" t="0" r="0" b="0"/>
            <wp:wrapNone/>
            <wp:docPr id="1601374460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4050" cy="654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00000">
        <w:rPr>
          <w:b/>
          <w:color w:val="1B365D"/>
          <w:sz w:val="26"/>
        </w:rPr>
        <w:t>CEIP NUESTRA SEÑORA DEL ROSARIO</w:t>
      </w:r>
      <w:r w:rsidR="00000000">
        <w:rPr>
          <w:b/>
          <w:color w:val="1B365D"/>
          <w:sz w:val="26"/>
        </w:rPr>
        <w:br/>
      </w:r>
      <w:r w:rsidR="00000000">
        <w:rPr>
          <w:color w:val="555555"/>
          <w:sz w:val="19"/>
        </w:rPr>
        <w:t>Torre Pacheco (Murcia) — Código de Centro: 30007293</w:t>
      </w:r>
      <w:r w:rsidR="00000000">
        <w:rPr>
          <w:color w:val="555555"/>
          <w:sz w:val="19"/>
        </w:rPr>
        <w:br/>
      </w:r>
      <w:r w:rsidR="00000000">
        <w:rPr>
          <w:color w:val="555555"/>
          <w:sz w:val="19"/>
        </w:rPr>
        <w:br/>
      </w:r>
      <w:r w:rsidR="00000000">
        <w:rPr>
          <w:b/>
          <w:color w:val="1B365D"/>
          <w:sz w:val="24"/>
        </w:rPr>
        <w:t>REGISTRO DE SEGUIMIENTO DIARIO DE APOYO ORDINARIO Y REFUERZO EDUCATIVO</w:t>
      </w:r>
      <w:r w:rsidR="00000000">
        <w:rPr>
          <w:b/>
          <w:color w:val="1B365D"/>
          <w:sz w:val="24"/>
        </w:rPr>
        <w:br/>
      </w:r>
    </w:p>
    <w:tbl>
      <w:tblPr>
        <w:tblW w:w="0" w:type="auto"/>
        <w:jc w:val="center"/>
        <w:tblBorders>
          <w:top w:val="single" w:sz="6" w:space="0" w:color="B0C4DE"/>
          <w:left w:val="single" w:sz="6" w:space="0" w:color="B0C4DE"/>
          <w:bottom w:val="single" w:sz="6" w:space="0" w:color="B0C4DE"/>
          <w:right w:val="single" w:sz="6" w:space="0" w:color="B0C4DE"/>
          <w:insideH w:val="single" w:sz="6" w:space="0" w:color="B0C4DE"/>
          <w:insideV w:val="single" w:sz="6" w:space="0" w:color="B0C4DE"/>
        </w:tblBorders>
        <w:tblLook w:val="04A0" w:firstRow="1" w:lastRow="0" w:firstColumn="1" w:lastColumn="0" w:noHBand="0" w:noVBand="1"/>
      </w:tblPr>
      <w:tblGrid>
        <w:gridCol w:w="2480"/>
        <w:gridCol w:w="2480"/>
        <w:gridCol w:w="2481"/>
        <w:gridCol w:w="2479"/>
      </w:tblGrid>
      <w:tr w:rsidR="00884FA0" w14:paraId="34AADD00" w14:textId="77777777">
        <w:trPr>
          <w:jc w:val="center"/>
        </w:trPr>
        <w:tc>
          <w:tcPr>
            <w:tcW w:w="2484" w:type="dxa"/>
            <w:shd w:val="clear" w:color="auto" w:fill="F0F4F8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7463D29" w14:textId="77777777" w:rsidR="00884FA0" w:rsidRPr="00FF64E0" w:rsidRDefault="00000000">
            <w:pPr>
              <w:spacing w:after="0"/>
              <w:rPr>
                <w:sz w:val="22"/>
                <w:szCs w:val="28"/>
              </w:rPr>
            </w:pPr>
            <w:r w:rsidRPr="00FF64E0">
              <w:rPr>
                <w:b/>
                <w:color w:val="1B365D"/>
                <w:sz w:val="22"/>
                <w:szCs w:val="28"/>
              </w:rPr>
              <w:t>Curso Académico:</w:t>
            </w:r>
          </w:p>
        </w:tc>
        <w:tc>
          <w:tcPr>
            <w:tcW w:w="248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CA5341A" w14:textId="77777777" w:rsidR="00884FA0" w:rsidRPr="00FF64E0" w:rsidRDefault="00000000">
            <w:pPr>
              <w:spacing w:after="0"/>
              <w:rPr>
                <w:sz w:val="22"/>
                <w:szCs w:val="28"/>
              </w:rPr>
            </w:pPr>
            <w:r w:rsidRPr="00FF64E0">
              <w:rPr>
                <w:sz w:val="22"/>
                <w:szCs w:val="28"/>
              </w:rPr>
              <w:t>2026 – 2027</w:t>
            </w:r>
          </w:p>
        </w:tc>
        <w:tc>
          <w:tcPr>
            <w:tcW w:w="2484" w:type="dxa"/>
            <w:shd w:val="clear" w:color="auto" w:fill="F0F4F8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8CC7F18" w14:textId="77777777" w:rsidR="00884FA0" w:rsidRPr="00FF64E0" w:rsidRDefault="00000000">
            <w:pPr>
              <w:spacing w:after="0"/>
              <w:rPr>
                <w:sz w:val="22"/>
                <w:szCs w:val="28"/>
              </w:rPr>
            </w:pPr>
            <w:r w:rsidRPr="00FF64E0">
              <w:rPr>
                <w:b/>
                <w:color w:val="1B365D"/>
                <w:sz w:val="22"/>
                <w:szCs w:val="28"/>
              </w:rPr>
              <w:t>Curso / Grupo:</w:t>
            </w:r>
          </w:p>
        </w:tc>
        <w:tc>
          <w:tcPr>
            <w:tcW w:w="248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83497A9" w14:textId="6817BBD3" w:rsidR="00FF64E0" w:rsidRPr="00FF64E0" w:rsidRDefault="00FF64E0">
            <w:pPr>
              <w:spacing w:after="0"/>
              <w:rPr>
                <w:sz w:val="22"/>
                <w:szCs w:val="28"/>
              </w:rPr>
            </w:pPr>
          </w:p>
        </w:tc>
      </w:tr>
      <w:tr w:rsidR="00884FA0" w14:paraId="6009D789" w14:textId="77777777">
        <w:trPr>
          <w:jc w:val="center"/>
        </w:trPr>
        <w:tc>
          <w:tcPr>
            <w:tcW w:w="2484" w:type="dxa"/>
            <w:shd w:val="clear" w:color="auto" w:fill="F0F4F8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9ED2218" w14:textId="77777777" w:rsidR="00884FA0" w:rsidRPr="00FF64E0" w:rsidRDefault="00000000">
            <w:pPr>
              <w:spacing w:after="0"/>
              <w:rPr>
                <w:sz w:val="22"/>
                <w:szCs w:val="28"/>
              </w:rPr>
            </w:pPr>
            <w:r w:rsidRPr="00FF64E0">
              <w:rPr>
                <w:b/>
                <w:color w:val="1B365D"/>
                <w:sz w:val="22"/>
                <w:szCs w:val="28"/>
              </w:rPr>
              <w:t>Área / Asignatura:</w:t>
            </w:r>
          </w:p>
        </w:tc>
        <w:tc>
          <w:tcPr>
            <w:tcW w:w="248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941A512" w14:textId="599CD4E0" w:rsidR="00884FA0" w:rsidRPr="00FF64E0" w:rsidRDefault="00884FA0">
            <w:pPr>
              <w:spacing w:after="0"/>
              <w:rPr>
                <w:sz w:val="22"/>
                <w:szCs w:val="28"/>
              </w:rPr>
            </w:pPr>
          </w:p>
        </w:tc>
        <w:tc>
          <w:tcPr>
            <w:tcW w:w="2484" w:type="dxa"/>
            <w:shd w:val="clear" w:color="auto" w:fill="F0F4F8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6667FC7" w14:textId="718D6D09" w:rsidR="00884FA0" w:rsidRPr="00FF64E0" w:rsidRDefault="00FF64E0">
            <w:pPr>
              <w:spacing w:after="0"/>
              <w:rPr>
                <w:sz w:val="22"/>
                <w:szCs w:val="28"/>
              </w:rPr>
            </w:pPr>
            <w:proofErr w:type="spellStart"/>
            <w:r>
              <w:rPr>
                <w:b/>
                <w:color w:val="1B365D"/>
                <w:sz w:val="22"/>
                <w:szCs w:val="28"/>
              </w:rPr>
              <w:t>Docentes</w:t>
            </w:r>
            <w:proofErr w:type="spellEnd"/>
            <w:r w:rsidR="00000000" w:rsidRPr="00FF64E0">
              <w:rPr>
                <w:b/>
                <w:color w:val="1B365D"/>
                <w:sz w:val="22"/>
                <w:szCs w:val="28"/>
              </w:rPr>
              <w:t xml:space="preserve"> </w:t>
            </w:r>
            <w:proofErr w:type="spellStart"/>
            <w:r w:rsidR="00000000" w:rsidRPr="00FF64E0">
              <w:rPr>
                <w:b/>
                <w:color w:val="1B365D"/>
                <w:sz w:val="22"/>
                <w:szCs w:val="28"/>
              </w:rPr>
              <w:t>que</w:t>
            </w:r>
            <w:proofErr w:type="spellEnd"/>
            <w:r w:rsidR="00000000" w:rsidRPr="00FF64E0">
              <w:rPr>
                <w:b/>
                <w:color w:val="1B365D"/>
                <w:sz w:val="22"/>
                <w:szCs w:val="28"/>
              </w:rPr>
              <w:t xml:space="preserve"> </w:t>
            </w:r>
            <w:proofErr w:type="spellStart"/>
            <w:r w:rsidR="00000000" w:rsidRPr="00FF64E0">
              <w:rPr>
                <w:b/>
                <w:color w:val="1B365D"/>
                <w:sz w:val="22"/>
                <w:szCs w:val="28"/>
              </w:rPr>
              <w:t>imparte</w:t>
            </w:r>
            <w:r>
              <w:rPr>
                <w:b/>
                <w:color w:val="1B365D"/>
                <w:sz w:val="22"/>
                <w:szCs w:val="28"/>
              </w:rPr>
              <w:t>n</w:t>
            </w:r>
            <w:proofErr w:type="spellEnd"/>
            <w:r>
              <w:rPr>
                <w:b/>
                <w:color w:val="1B365D"/>
                <w:sz w:val="22"/>
                <w:szCs w:val="28"/>
              </w:rPr>
              <w:t xml:space="preserve"> </w:t>
            </w:r>
            <w:proofErr w:type="spellStart"/>
            <w:r w:rsidR="00000000" w:rsidRPr="00FF64E0">
              <w:rPr>
                <w:b/>
                <w:color w:val="1B365D"/>
                <w:sz w:val="22"/>
                <w:szCs w:val="28"/>
              </w:rPr>
              <w:t>el</w:t>
            </w:r>
            <w:proofErr w:type="spellEnd"/>
            <w:r w:rsidR="00000000" w:rsidRPr="00FF64E0">
              <w:rPr>
                <w:b/>
                <w:color w:val="1B365D"/>
                <w:sz w:val="22"/>
                <w:szCs w:val="28"/>
              </w:rPr>
              <w:t xml:space="preserve"> </w:t>
            </w:r>
            <w:proofErr w:type="spellStart"/>
            <w:r w:rsidR="00000000" w:rsidRPr="00FF64E0">
              <w:rPr>
                <w:b/>
                <w:color w:val="1B365D"/>
                <w:sz w:val="22"/>
                <w:szCs w:val="28"/>
              </w:rPr>
              <w:t>Apoyo</w:t>
            </w:r>
            <w:proofErr w:type="spellEnd"/>
            <w:r w:rsidR="00000000" w:rsidRPr="00FF64E0">
              <w:rPr>
                <w:b/>
                <w:color w:val="1B365D"/>
                <w:sz w:val="22"/>
                <w:szCs w:val="28"/>
              </w:rPr>
              <w:t>:</w:t>
            </w:r>
          </w:p>
        </w:tc>
        <w:tc>
          <w:tcPr>
            <w:tcW w:w="248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540BFC6" w14:textId="1DF78DFE" w:rsidR="00884FA0" w:rsidRPr="00FF64E0" w:rsidRDefault="00884FA0">
            <w:pPr>
              <w:spacing w:after="0"/>
              <w:rPr>
                <w:sz w:val="22"/>
                <w:szCs w:val="28"/>
              </w:rPr>
            </w:pPr>
          </w:p>
        </w:tc>
      </w:tr>
    </w:tbl>
    <w:p w14:paraId="749E7CFB" w14:textId="77777777" w:rsidR="00884FA0" w:rsidRDefault="00884FA0">
      <w:pPr>
        <w:spacing w:before="160" w:after="80"/>
      </w:pPr>
    </w:p>
    <w:tbl>
      <w:tblPr>
        <w:tblW w:w="0" w:type="auto"/>
        <w:jc w:val="center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ook w:val="04A0" w:firstRow="1" w:lastRow="0" w:firstColumn="1" w:lastColumn="0" w:noHBand="0" w:noVBand="1"/>
      </w:tblPr>
      <w:tblGrid>
        <w:gridCol w:w="1342"/>
        <w:gridCol w:w="1892"/>
        <w:gridCol w:w="1877"/>
        <w:gridCol w:w="2640"/>
        <w:gridCol w:w="2175"/>
      </w:tblGrid>
      <w:tr w:rsidR="00884FA0" w14:paraId="52ECDBD3" w14:textId="77777777" w:rsidTr="00FF64E0">
        <w:trPr>
          <w:jc w:val="center"/>
        </w:trPr>
        <w:tc>
          <w:tcPr>
            <w:tcW w:w="1374" w:type="dxa"/>
            <w:shd w:val="clear" w:color="auto" w:fill="1B365D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F2D9DB2" w14:textId="77777777" w:rsidR="00884FA0" w:rsidRDefault="00000000">
            <w:pPr>
              <w:spacing w:after="0"/>
              <w:jc w:val="center"/>
            </w:pPr>
            <w:r>
              <w:rPr>
                <w:b/>
                <w:color w:val="FFFFFF"/>
                <w:sz w:val="17"/>
              </w:rPr>
              <w:t>FECHA</w:t>
            </w:r>
          </w:p>
        </w:tc>
        <w:tc>
          <w:tcPr>
            <w:tcW w:w="1927" w:type="dxa"/>
            <w:shd w:val="clear" w:color="auto" w:fill="1B365D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407A0E4" w14:textId="77777777" w:rsidR="00884FA0" w:rsidRDefault="00000000">
            <w:pPr>
              <w:spacing w:after="0"/>
            </w:pPr>
            <w:r>
              <w:rPr>
                <w:b/>
                <w:color w:val="FFFFFF"/>
                <w:sz w:val="17"/>
              </w:rPr>
              <w:t>PROFESOR/A</w:t>
            </w:r>
          </w:p>
        </w:tc>
        <w:tc>
          <w:tcPr>
            <w:tcW w:w="1914" w:type="dxa"/>
            <w:shd w:val="clear" w:color="auto" w:fill="1B365D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3B3FB9C" w14:textId="77777777" w:rsidR="00884FA0" w:rsidRDefault="00000000">
            <w:pPr>
              <w:spacing w:after="0"/>
            </w:pPr>
            <w:r>
              <w:rPr>
                <w:b/>
                <w:color w:val="FFFFFF"/>
                <w:sz w:val="17"/>
              </w:rPr>
              <w:t>ALUMNADO ATENDIDO</w:t>
            </w:r>
          </w:p>
        </w:tc>
        <w:tc>
          <w:tcPr>
            <w:tcW w:w="2710" w:type="dxa"/>
            <w:shd w:val="clear" w:color="auto" w:fill="1B365D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AC84CAA" w14:textId="77777777" w:rsidR="00884FA0" w:rsidRDefault="00000000">
            <w:pPr>
              <w:spacing w:after="0"/>
            </w:pPr>
            <w:r>
              <w:rPr>
                <w:b/>
                <w:color w:val="FFFFFF"/>
                <w:sz w:val="17"/>
              </w:rPr>
              <w:t>TRABAJO REALIZADO / CONTENIDOS</w:t>
            </w:r>
          </w:p>
        </w:tc>
        <w:tc>
          <w:tcPr>
            <w:tcW w:w="2211" w:type="dxa"/>
            <w:shd w:val="clear" w:color="auto" w:fill="1B365D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131EA0D" w14:textId="77777777" w:rsidR="00884FA0" w:rsidRDefault="00000000">
            <w:pPr>
              <w:spacing w:after="0"/>
            </w:pPr>
            <w:r>
              <w:rPr>
                <w:b/>
                <w:color w:val="FFFFFF"/>
                <w:sz w:val="17"/>
              </w:rPr>
              <w:t>OBSERVACIONES / INCIDENCIAS</w:t>
            </w:r>
          </w:p>
        </w:tc>
      </w:tr>
      <w:tr w:rsidR="00884FA0" w14:paraId="4537798A" w14:textId="77777777" w:rsidTr="00FF64E0">
        <w:trPr>
          <w:jc w:val="center"/>
        </w:trPr>
        <w:tc>
          <w:tcPr>
            <w:tcW w:w="1374" w:type="dxa"/>
            <w:shd w:val="clear" w:color="auto" w:fill="F9FAFC"/>
            <w:tcMar>
              <w:top w:w="140" w:type="dxa"/>
              <w:left w:w="100" w:type="dxa"/>
              <w:bottom w:w="140" w:type="dxa"/>
              <w:right w:w="100" w:type="dxa"/>
            </w:tcMar>
          </w:tcPr>
          <w:p w14:paraId="63BA0518" w14:textId="77777777" w:rsidR="00884FA0" w:rsidRDefault="00884FA0">
            <w:pPr>
              <w:spacing w:after="0"/>
            </w:pPr>
          </w:p>
        </w:tc>
        <w:tc>
          <w:tcPr>
            <w:tcW w:w="1927" w:type="dxa"/>
            <w:shd w:val="clear" w:color="auto" w:fill="F9FAFC"/>
            <w:tcMar>
              <w:top w:w="140" w:type="dxa"/>
              <w:left w:w="100" w:type="dxa"/>
              <w:bottom w:w="140" w:type="dxa"/>
              <w:right w:w="100" w:type="dxa"/>
            </w:tcMar>
          </w:tcPr>
          <w:p w14:paraId="72624295" w14:textId="77777777" w:rsidR="00884FA0" w:rsidRDefault="00884FA0">
            <w:pPr>
              <w:spacing w:after="0"/>
            </w:pPr>
          </w:p>
        </w:tc>
        <w:tc>
          <w:tcPr>
            <w:tcW w:w="1914" w:type="dxa"/>
            <w:shd w:val="clear" w:color="auto" w:fill="F9FAFC"/>
            <w:tcMar>
              <w:top w:w="140" w:type="dxa"/>
              <w:left w:w="100" w:type="dxa"/>
              <w:bottom w:w="140" w:type="dxa"/>
              <w:right w:w="100" w:type="dxa"/>
            </w:tcMar>
          </w:tcPr>
          <w:p w14:paraId="0DD0C196" w14:textId="77777777" w:rsidR="00FF64E0" w:rsidRDefault="00FF64E0">
            <w:pPr>
              <w:spacing w:after="0"/>
            </w:pPr>
          </w:p>
          <w:p w14:paraId="28AC7F81" w14:textId="77777777" w:rsidR="00FF64E0" w:rsidRDefault="00FF64E0">
            <w:pPr>
              <w:spacing w:after="0"/>
            </w:pPr>
          </w:p>
          <w:p w14:paraId="3EA1384D" w14:textId="77777777" w:rsidR="00FF64E0" w:rsidRDefault="00FF64E0">
            <w:pPr>
              <w:spacing w:after="0"/>
            </w:pPr>
          </w:p>
        </w:tc>
        <w:tc>
          <w:tcPr>
            <w:tcW w:w="2710" w:type="dxa"/>
            <w:shd w:val="clear" w:color="auto" w:fill="F9FAFC"/>
            <w:tcMar>
              <w:top w:w="140" w:type="dxa"/>
              <w:left w:w="100" w:type="dxa"/>
              <w:bottom w:w="140" w:type="dxa"/>
              <w:right w:w="100" w:type="dxa"/>
            </w:tcMar>
          </w:tcPr>
          <w:p w14:paraId="49F9CAA6" w14:textId="77777777" w:rsidR="00884FA0" w:rsidRDefault="00884FA0">
            <w:pPr>
              <w:spacing w:after="0"/>
            </w:pPr>
          </w:p>
        </w:tc>
        <w:tc>
          <w:tcPr>
            <w:tcW w:w="2211" w:type="dxa"/>
            <w:shd w:val="clear" w:color="auto" w:fill="F9FAFC"/>
            <w:tcMar>
              <w:top w:w="140" w:type="dxa"/>
              <w:left w:w="100" w:type="dxa"/>
              <w:bottom w:w="140" w:type="dxa"/>
              <w:right w:w="100" w:type="dxa"/>
            </w:tcMar>
          </w:tcPr>
          <w:p w14:paraId="0EE012A2" w14:textId="77777777" w:rsidR="00884FA0" w:rsidRDefault="00884FA0">
            <w:pPr>
              <w:spacing w:after="0"/>
            </w:pPr>
          </w:p>
        </w:tc>
      </w:tr>
      <w:tr w:rsidR="00884FA0" w14:paraId="0479E6B6" w14:textId="77777777" w:rsidTr="00FF64E0">
        <w:trPr>
          <w:jc w:val="center"/>
        </w:trPr>
        <w:tc>
          <w:tcPr>
            <w:tcW w:w="1374" w:type="dxa"/>
            <w:shd w:val="clear" w:color="auto" w:fill="FFFFFF"/>
            <w:tcMar>
              <w:top w:w="140" w:type="dxa"/>
              <w:left w:w="100" w:type="dxa"/>
              <w:bottom w:w="140" w:type="dxa"/>
              <w:right w:w="100" w:type="dxa"/>
            </w:tcMar>
          </w:tcPr>
          <w:p w14:paraId="7C3E6ECF" w14:textId="77777777" w:rsidR="00884FA0" w:rsidRDefault="00884FA0">
            <w:pPr>
              <w:spacing w:after="0"/>
            </w:pPr>
          </w:p>
        </w:tc>
        <w:tc>
          <w:tcPr>
            <w:tcW w:w="1927" w:type="dxa"/>
            <w:shd w:val="clear" w:color="auto" w:fill="FFFFFF"/>
            <w:tcMar>
              <w:top w:w="140" w:type="dxa"/>
              <w:left w:w="100" w:type="dxa"/>
              <w:bottom w:w="140" w:type="dxa"/>
              <w:right w:w="100" w:type="dxa"/>
            </w:tcMar>
          </w:tcPr>
          <w:p w14:paraId="022DE693" w14:textId="77777777" w:rsidR="00884FA0" w:rsidRDefault="00884FA0">
            <w:pPr>
              <w:spacing w:after="0"/>
            </w:pPr>
          </w:p>
        </w:tc>
        <w:tc>
          <w:tcPr>
            <w:tcW w:w="1914" w:type="dxa"/>
            <w:shd w:val="clear" w:color="auto" w:fill="FFFFFF"/>
            <w:tcMar>
              <w:top w:w="140" w:type="dxa"/>
              <w:left w:w="100" w:type="dxa"/>
              <w:bottom w:w="140" w:type="dxa"/>
              <w:right w:w="100" w:type="dxa"/>
            </w:tcMar>
          </w:tcPr>
          <w:p w14:paraId="187E6379" w14:textId="77777777" w:rsidR="00884FA0" w:rsidRDefault="00884FA0">
            <w:pPr>
              <w:spacing w:after="0"/>
            </w:pPr>
          </w:p>
          <w:p w14:paraId="4604C1E4" w14:textId="77777777" w:rsidR="00FF64E0" w:rsidRDefault="00FF64E0">
            <w:pPr>
              <w:spacing w:after="0"/>
            </w:pPr>
          </w:p>
          <w:p w14:paraId="35F3541E" w14:textId="77777777" w:rsidR="00FF64E0" w:rsidRDefault="00FF64E0">
            <w:pPr>
              <w:spacing w:after="0"/>
            </w:pPr>
          </w:p>
        </w:tc>
        <w:tc>
          <w:tcPr>
            <w:tcW w:w="2710" w:type="dxa"/>
            <w:shd w:val="clear" w:color="auto" w:fill="FFFFFF"/>
            <w:tcMar>
              <w:top w:w="140" w:type="dxa"/>
              <w:left w:w="100" w:type="dxa"/>
              <w:bottom w:w="140" w:type="dxa"/>
              <w:right w:w="100" w:type="dxa"/>
            </w:tcMar>
          </w:tcPr>
          <w:p w14:paraId="52EEDE03" w14:textId="77777777" w:rsidR="00884FA0" w:rsidRDefault="00884FA0">
            <w:pPr>
              <w:spacing w:after="0"/>
            </w:pPr>
          </w:p>
        </w:tc>
        <w:tc>
          <w:tcPr>
            <w:tcW w:w="2211" w:type="dxa"/>
            <w:shd w:val="clear" w:color="auto" w:fill="FFFFFF"/>
            <w:tcMar>
              <w:top w:w="140" w:type="dxa"/>
              <w:left w:w="100" w:type="dxa"/>
              <w:bottom w:w="140" w:type="dxa"/>
              <w:right w:w="100" w:type="dxa"/>
            </w:tcMar>
          </w:tcPr>
          <w:p w14:paraId="30C80523" w14:textId="77777777" w:rsidR="00884FA0" w:rsidRDefault="00884FA0">
            <w:pPr>
              <w:spacing w:after="0"/>
            </w:pPr>
          </w:p>
        </w:tc>
      </w:tr>
      <w:tr w:rsidR="00884FA0" w14:paraId="632FB13E" w14:textId="77777777" w:rsidTr="00FF64E0">
        <w:trPr>
          <w:jc w:val="center"/>
        </w:trPr>
        <w:tc>
          <w:tcPr>
            <w:tcW w:w="1374" w:type="dxa"/>
            <w:shd w:val="clear" w:color="auto" w:fill="F9FAFC"/>
            <w:tcMar>
              <w:top w:w="140" w:type="dxa"/>
              <w:left w:w="100" w:type="dxa"/>
              <w:bottom w:w="140" w:type="dxa"/>
              <w:right w:w="100" w:type="dxa"/>
            </w:tcMar>
          </w:tcPr>
          <w:p w14:paraId="5394832C" w14:textId="77777777" w:rsidR="00884FA0" w:rsidRDefault="00884FA0">
            <w:pPr>
              <w:spacing w:after="0"/>
            </w:pPr>
          </w:p>
        </w:tc>
        <w:tc>
          <w:tcPr>
            <w:tcW w:w="1927" w:type="dxa"/>
            <w:shd w:val="clear" w:color="auto" w:fill="F9FAFC"/>
            <w:tcMar>
              <w:top w:w="140" w:type="dxa"/>
              <w:left w:w="100" w:type="dxa"/>
              <w:bottom w:w="140" w:type="dxa"/>
              <w:right w:w="100" w:type="dxa"/>
            </w:tcMar>
          </w:tcPr>
          <w:p w14:paraId="03790B86" w14:textId="77777777" w:rsidR="00884FA0" w:rsidRDefault="00884FA0">
            <w:pPr>
              <w:spacing w:after="0"/>
            </w:pPr>
          </w:p>
        </w:tc>
        <w:tc>
          <w:tcPr>
            <w:tcW w:w="1914" w:type="dxa"/>
            <w:shd w:val="clear" w:color="auto" w:fill="F9FAFC"/>
            <w:tcMar>
              <w:top w:w="140" w:type="dxa"/>
              <w:left w:w="100" w:type="dxa"/>
              <w:bottom w:w="140" w:type="dxa"/>
              <w:right w:w="100" w:type="dxa"/>
            </w:tcMar>
          </w:tcPr>
          <w:p w14:paraId="739A2974" w14:textId="77777777" w:rsidR="00884FA0" w:rsidRDefault="00884FA0">
            <w:pPr>
              <w:spacing w:after="0"/>
            </w:pPr>
          </w:p>
          <w:p w14:paraId="71F16472" w14:textId="77777777" w:rsidR="00FF64E0" w:rsidRDefault="00FF64E0">
            <w:pPr>
              <w:spacing w:after="0"/>
            </w:pPr>
          </w:p>
          <w:p w14:paraId="55BBD3AB" w14:textId="77777777" w:rsidR="00FF64E0" w:rsidRDefault="00FF64E0">
            <w:pPr>
              <w:spacing w:after="0"/>
            </w:pPr>
          </w:p>
        </w:tc>
        <w:tc>
          <w:tcPr>
            <w:tcW w:w="2710" w:type="dxa"/>
            <w:shd w:val="clear" w:color="auto" w:fill="F9FAFC"/>
            <w:tcMar>
              <w:top w:w="140" w:type="dxa"/>
              <w:left w:w="100" w:type="dxa"/>
              <w:bottom w:w="140" w:type="dxa"/>
              <w:right w:w="100" w:type="dxa"/>
            </w:tcMar>
          </w:tcPr>
          <w:p w14:paraId="21B4259C" w14:textId="77777777" w:rsidR="00884FA0" w:rsidRDefault="00884FA0">
            <w:pPr>
              <w:spacing w:after="0"/>
            </w:pPr>
          </w:p>
        </w:tc>
        <w:tc>
          <w:tcPr>
            <w:tcW w:w="2211" w:type="dxa"/>
            <w:shd w:val="clear" w:color="auto" w:fill="F9FAFC"/>
            <w:tcMar>
              <w:top w:w="140" w:type="dxa"/>
              <w:left w:w="100" w:type="dxa"/>
              <w:bottom w:w="140" w:type="dxa"/>
              <w:right w:w="100" w:type="dxa"/>
            </w:tcMar>
          </w:tcPr>
          <w:p w14:paraId="17138706" w14:textId="77777777" w:rsidR="00884FA0" w:rsidRDefault="00884FA0">
            <w:pPr>
              <w:spacing w:after="0"/>
            </w:pPr>
          </w:p>
        </w:tc>
      </w:tr>
      <w:tr w:rsidR="00884FA0" w14:paraId="4228B69A" w14:textId="77777777" w:rsidTr="00FF64E0">
        <w:trPr>
          <w:jc w:val="center"/>
        </w:trPr>
        <w:tc>
          <w:tcPr>
            <w:tcW w:w="1374" w:type="dxa"/>
            <w:shd w:val="clear" w:color="auto" w:fill="FFFFFF"/>
            <w:tcMar>
              <w:top w:w="140" w:type="dxa"/>
              <w:left w:w="100" w:type="dxa"/>
              <w:bottom w:w="140" w:type="dxa"/>
              <w:right w:w="100" w:type="dxa"/>
            </w:tcMar>
          </w:tcPr>
          <w:p w14:paraId="37AF7CFA" w14:textId="77777777" w:rsidR="00884FA0" w:rsidRDefault="00884FA0">
            <w:pPr>
              <w:spacing w:after="0"/>
            </w:pPr>
          </w:p>
        </w:tc>
        <w:tc>
          <w:tcPr>
            <w:tcW w:w="1927" w:type="dxa"/>
            <w:shd w:val="clear" w:color="auto" w:fill="FFFFFF"/>
            <w:tcMar>
              <w:top w:w="140" w:type="dxa"/>
              <w:left w:w="100" w:type="dxa"/>
              <w:bottom w:w="140" w:type="dxa"/>
              <w:right w:w="100" w:type="dxa"/>
            </w:tcMar>
          </w:tcPr>
          <w:p w14:paraId="625A5A69" w14:textId="77777777" w:rsidR="00884FA0" w:rsidRDefault="00884FA0">
            <w:pPr>
              <w:spacing w:after="0"/>
            </w:pPr>
          </w:p>
        </w:tc>
        <w:tc>
          <w:tcPr>
            <w:tcW w:w="1914" w:type="dxa"/>
            <w:shd w:val="clear" w:color="auto" w:fill="FFFFFF"/>
            <w:tcMar>
              <w:top w:w="140" w:type="dxa"/>
              <w:left w:w="100" w:type="dxa"/>
              <w:bottom w:w="140" w:type="dxa"/>
              <w:right w:w="100" w:type="dxa"/>
            </w:tcMar>
          </w:tcPr>
          <w:p w14:paraId="22DC4E45" w14:textId="77777777" w:rsidR="00884FA0" w:rsidRDefault="00884FA0">
            <w:pPr>
              <w:spacing w:after="0"/>
            </w:pPr>
          </w:p>
          <w:p w14:paraId="32108C3D" w14:textId="77777777" w:rsidR="00FF64E0" w:rsidRDefault="00FF64E0">
            <w:pPr>
              <w:spacing w:after="0"/>
            </w:pPr>
          </w:p>
          <w:p w14:paraId="3F4B54F2" w14:textId="77777777" w:rsidR="00FF64E0" w:rsidRDefault="00FF64E0">
            <w:pPr>
              <w:spacing w:after="0"/>
            </w:pPr>
          </w:p>
        </w:tc>
        <w:tc>
          <w:tcPr>
            <w:tcW w:w="2710" w:type="dxa"/>
            <w:shd w:val="clear" w:color="auto" w:fill="FFFFFF"/>
            <w:tcMar>
              <w:top w:w="140" w:type="dxa"/>
              <w:left w:w="100" w:type="dxa"/>
              <w:bottom w:w="140" w:type="dxa"/>
              <w:right w:w="100" w:type="dxa"/>
            </w:tcMar>
          </w:tcPr>
          <w:p w14:paraId="4806A9D8" w14:textId="77777777" w:rsidR="00884FA0" w:rsidRDefault="00884FA0">
            <w:pPr>
              <w:spacing w:after="0"/>
            </w:pPr>
          </w:p>
        </w:tc>
        <w:tc>
          <w:tcPr>
            <w:tcW w:w="2211" w:type="dxa"/>
            <w:shd w:val="clear" w:color="auto" w:fill="FFFFFF"/>
            <w:tcMar>
              <w:top w:w="140" w:type="dxa"/>
              <w:left w:w="100" w:type="dxa"/>
              <w:bottom w:w="140" w:type="dxa"/>
              <w:right w:w="100" w:type="dxa"/>
            </w:tcMar>
          </w:tcPr>
          <w:p w14:paraId="42AEACD1" w14:textId="77777777" w:rsidR="00884FA0" w:rsidRDefault="00884FA0">
            <w:pPr>
              <w:spacing w:after="0"/>
            </w:pPr>
          </w:p>
        </w:tc>
      </w:tr>
      <w:tr w:rsidR="00884FA0" w14:paraId="34FB48F8" w14:textId="77777777" w:rsidTr="00FF64E0">
        <w:trPr>
          <w:jc w:val="center"/>
        </w:trPr>
        <w:tc>
          <w:tcPr>
            <w:tcW w:w="1374" w:type="dxa"/>
            <w:shd w:val="clear" w:color="auto" w:fill="F9FAFC"/>
            <w:tcMar>
              <w:top w:w="140" w:type="dxa"/>
              <w:left w:w="100" w:type="dxa"/>
              <w:bottom w:w="140" w:type="dxa"/>
              <w:right w:w="100" w:type="dxa"/>
            </w:tcMar>
          </w:tcPr>
          <w:p w14:paraId="2EF20245" w14:textId="77777777" w:rsidR="00884FA0" w:rsidRDefault="00884FA0">
            <w:pPr>
              <w:spacing w:after="0"/>
            </w:pPr>
          </w:p>
        </w:tc>
        <w:tc>
          <w:tcPr>
            <w:tcW w:w="1927" w:type="dxa"/>
            <w:shd w:val="clear" w:color="auto" w:fill="F9FAFC"/>
            <w:tcMar>
              <w:top w:w="140" w:type="dxa"/>
              <w:left w:w="100" w:type="dxa"/>
              <w:bottom w:w="140" w:type="dxa"/>
              <w:right w:w="100" w:type="dxa"/>
            </w:tcMar>
          </w:tcPr>
          <w:p w14:paraId="154DE01E" w14:textId="77777777" w:rsidR="00884FA0" w:rsidRDefault="00884FA0">
            <w:pPr>
              <w:spacing w:after="0"/>
            </w:pPr>
          </w:p>
        </w:tc>
        <w:tc>
          <w:tcPr>
            <w:tcW w:w="1914" w:type="dxa"/>
            <w:shd w:val="clear" w:color="auto" w:fill="F9FAFC"/>
            <w:tcMar>
              <w:top w:w="140" w:type="dxa"/>
              <w:left w:w="100" w:type="dxa"/>
              <w:bottom w:w="140" w:type="dxa"/>
              <w:right w:w="100" w:type="dxa"/>
            </w:tcMar>
          </w:tcPr>
          <w:p w14:paraId="0DC228BE" w14:textId="77777777" w:rsidR="00FF64E0" w:rsidRDefault="00FF64E0">
            <w:pPr>
              <w:spacing w:after="0"/>
            </w:pPr>
          </w:p>
          <w:p w14:paraId="1373BA38" w14:textId="77777777" w:rsidR="00FF64E0" w:rsidRDefault="00FF64E0">
            <w:pPr>
              <w:spacing w:after="0"/>
            </w:pPr>
          </w:p>
          <w:p w14:paraId="679BAA93" w14:textId="77777777" w:rsidR="00FF64E0" w:rsidRDefault="00FF64E0">
            <w:pPr>
              <w:spacing w:after="0"/>
            </w:pPr>
          </w:p>
        </w:tc>
        <w:tc>
          <w:tcPr>
            <w:tcW w:w="2710" w:type="dxa"/>
            <w:shd w:val="clear" w:color="auto" w:fill="F9FAFC"/>
            <w:tcMar>
              <w:top w:w="140" w:type="dxa"/>
              <w:left w:w="100" w:type="dxa"/>
              <w:bottom w:w="140" w:type="dxa"/>
              <w:right w:w="100" w:type="dxa"/>
            </w:tcMar>
          </w:tcPr>
          <w:p w14:paraId="59EBB4C6" w14:textId="77777777" w:rsidR="00884FA0" w:rsidRDefault="00884FA0">
            <w:pPr>
              <w:spacing w:after="0"/>
            </w:pPr>
          </w:p>
        </w:tc>
        <w:tc>
          <w:tcPr>
            <w:tcW w:w="2211" w:type="dxa"/>
            <w:shd w:val="clear" w:color="auto" w:fill="F9FAFC"/>
            <w:tcMar>
              <w:top w:w="140" w:type="dxa"/>
              <w:left w:w="100" w:type="dxa"/>
              <w:bottom w:w="140" w:type="dxa"/>
              <w:right w:w="100" w:type="dxa"/>
            </w:tcMar>
          </w:tcPr>
          <w:p w14:paraId="4282F4EF" w14:textId="77777777" w:rsidR="00884FA0" w:rsidRDefault="00884FA0">
            <w:pPr>
              <w:spacing w:after="0"/>
            </w:pPr>
          </w:p>
        </w:tc>
      </w:tr>
      <w:tr w:rsidR="00884FA0" w14:paraId="5470CB1C" w14:textId="77777777" w:rsidTr="00FF64E0">
        <w:trPr>
          <w:jc w:val="center"/>
        </w:trPr>
        <w:tc>
          <w:tcPr>
            <w:tcW w:w="1374" w:type="dxa"/>
            <w:shd w:val="clear" w:color="auto" w:fill="FFFFFF"/>
            <w:tcMar>
              <w:top w:w="140" w:type="dxa"/>
              <w:left w:w="100" w:type="dxa"/>
              <w:bottom w:w="140" w:type="dxa"/>
              <w:right w:w="100" w:type="dxa"/>
            </w:tcMar>
          </w:tcPr>
          <w:p w14:paraId="272B2B43" w14:textId="77777777" w:rsidR="00884FA0" w:rsidRDefault="00884FA0">
            <w:pPr>
              <w:spacing w:after="0"/>
            </w:pPr>
          </w:p>
        </w:tc>
        <w:tc>
          <w:tcPr>
            <w:tcW w:w="1927" w:type="dxa"/>
            <w:shd w:val="clear" w:color="auto" w:fill="FFFFFF"/>
            <w:tcMar>
              <w:top w:w="140" w:type="dxa"/>
              <w:left w:w="100" w:type="dxa"/>
              <w:bottom w:w="140" w:type="dxa"/>
              <w:right w:w="100" w:type="dxa"/>
            </w:tcMar>
          </w:tcPr>
          <w:p w14:paraId="3E2762A9" w14:textId="77777777" w:rsidR="00884FA0" w:rsidRDefault="00884FA0">
            <w:pPr>
              <w:spacing w:after="0"/>
            </w:pPr>
          </w:p>
        </w:tc>
        <w:tc>
          <w:tcPr>
            <w:tcW w:w="1914" w:type="dxa"/>
            <w:shd w:val="clear" w:color="auto" w:fill="FFFFFF"/>
            <w:tcMar>
              <w:top w:w="140" w:type="dxa"/>
              <w:left w:w="100" w:type="dxa"/>
              <w:bottom w:w="140" w:type="dxa"/>
              <w:right w:w="100" w:type="dxa"/>
            </w:tcMar>
          </w:tcPr>
          <w:p w14:paraId="57A69876" w14:textId="77777777" w:rsidR="00FF64E0" w:rsidRDefault="00FF64E0">
            <w:pPr>
              <w:spacing w:after="0"/>
            </w:pPr>
          </w:p>
          <w:p w14:paraId="34A89A9C" w14:textId="77777777" w:rsidR="00FF64E0" w:rsidRDefault="00FF64E0">
            <w:pPr>
              <w:spacing w:after="0"/>
            </w:pPr>
          </w:p>
          <w:p w14:paraId="0800C584" w14:textId="77777777" w:rsidR="00FF64E0" w:rsidRDefault="00FF64E0">
            <w:pPr>
              <w:spacing w:after="0"/>
            </w:pPr>
          </w:p>
        </w:tc>
        <w:tc>
          <w:tcPr>
            <w:tcW w:w="2710" w:type="dxa"/>
            <w:shd w:val="clear" w:color="auto" w:fill="FFFFFF"/>
            <w:tcMar>
              <w:top w:w="140" w:type="dxa"/>
              <w:left w:w="100" w:type="dxa"/>
              <w:bottom w:w="140" w:type="dxa"/>
              <w:right w:w="100" w:type="dxa"/>
            </w:tcMar>
          </w:tcPr>
          <w:p w14:paraId="20A5FD72" w14:textId="77777777" w:rsidR="00884FA0" w:rsidRDefault="00884FA0">
            <w:pPr>
              <w:spacing w:after="0"/>
            </w:pPr>
          </w:p>
        </w:tc>
        <w:tc>
          <w:tcPr>
            <w:tcW w:w="2211" w:type="dxa"/>
            <w:shd w:val="clear" w:color="auto" w:fill="FFFFFF"/>
            <w:tcMar>
              <w:top w:w="140" w:type="dxa"/>
              <w:left w:w="100" w:type="dxa"/>
              <w:bottom w:w="140" w:type="dxa"/>
              <w:right w:w="100" w:type="dxa"/>
            </w:tcMar>
          </w:tcPr>
          <w:p w14:paraId="1AF8C380" w14:textId="77777777" w:rsidR="00884FA0" w:rsidRDefault="00884FA0">
            <w:pPr>
              <w:spacing w:after="0"/>
            </w:pPr>
          </w:p>
        </w:tc>
      </w:tr>
      <w:tr w:rsidR="00884FA0" w14:paraId="092CB1D3" w14:textId="77777777" w:rsidTr="00FF64E0">
        <w:trPr>
          <w:jc w:val="center"/>
        </w:trPr>
        <w:tc>
          <w:tcPr>
            <w:tcW w:w="1374" w:type="dxa"/>
            <w:shd w:val="clear" w:color="auto" w:fill="F9FAFC"/>
            <w:tcMar>
              <w:top w:w="140" w:type="dxa"/>
              <w:left w:w="100" w:type="dxa"/>
              <w:bottom w:w="140" w:type="dxa"/>
              <w:right w:w="100" w:type="dxa"/>
            </w:tcMar>
          </w:tcPr>
          <w:p w14:paraId="062CC133" w14:textId="77777777" w:rsidR="00884FA0" w:rsidRDefault="00884FA0">
            <w:pPr>
              <w:spacing w:after="0"/>
            </w:pPr>
          </w:p>
        </w:tc>
        <w:tc>
          <w:tcPr>
            <w:tcW w:w="1927" w:type="dxa"/>
            <w:shd w:val="clear" w:color="auto" w:fill="F9FAFC"/>
            <w:tcMar>
              <w:top w:w="140" w:type="dxa"/>
              <w:left w:w="100" w:type="dxa"/>
              <w:bottom w:w="140" w:type="dxa"/>
              <w:right w:w="100" w:type="dxa"/>
            </w:tcMar>
          </w:tcPr>
          <w:p w14:paraId="7DFC74B3" w14:textId="77777777" w:rsidR="00884FA0" w:rsidRDefault="00884FA0">
            <w:pPr>
              <w:spacing w:after="0"/>
            </w:pPr>
          </w:p>
        </w:tc>
        <w:tc>
          <w:tcPr>
            <w:tcW w:w="1914" w:type="dxa"/>
            <w:shd w:val="clear" w:color="auto" w:fill="F9FAFC"/>
            <w:tcMar>
              <w:top w:w="140" w:type="dxa"/>
              <w:left w:w="100" w:type="dxa"/>
              <w:bottom w:w="140" w:type="dxa"/>
              <w:right w:w="100" w:type="dxa"/>
            </w:tcMar>
          </w:tcPr>
          <w:p w14:paraId="04B077D6" w14:textId="77777777" w:rsidR="00884FA0" w:rsidRDefault="00884FA0">
            <w:pPr>
              <w:spacing w:after="0"/>
            </w:pPr>
          </w:p>
          <w:p w14:paraId="2D0D06B8" w14:textId="77777777" w:rsidR="00FF64E0" w:rsidRDefault="00FF64E0">
            <w:pPr>
              <w:spacing w:after="0"/>
            </w:pPr>
          </w:p>
          <w:p w14:paraId="5915F98D" w14:textId="77777777" w:rsidR="00FF64E0" w:rsidRDefault="00FF64E0">
            <w:pPr>
              <w:spacing w:after="0"/>
            </w:pPr>
          </w:p>
        </w:tc>
        <w:tc>
          <w:tcPr>
            <w:tcW w:w="2710" w:type="dxa"/>
            <w:shd w:val="clear" w:color="auto" w:fill="F9FAFC"/>
            <w:tcMar>
              <w:top w:w="140" w:type="dxa"/>
              <w:left w:w="100" w:type="dxa"/>
              <w:bottom w:w="140" w:type="dxa"/>
              <w:right w:w="100" w:type="dxa"/>
            </w:tcMar>
          </w:tcPr>
          <w:p w14:paraId="3B13803F" w14:textId="77777777" w:rsidR="00884FA0" w:rsidRDefault="00884FA0">
            <w:pPr>
              <w:spacing w:after="0"/>
            </w:pPr>
          </w:p>
        </w:tc>
        <w:tc>
          <w:tcPr>
            <w:tcW w:w="2211" w:type="dxa"/>
            <w:shd w:val="clear" w:color="auto" w:fill="F9FAFC"/>
            <w:tcMar>
              <w:top w:w="140" w:type="dxa"/>
              <w:left w:w="100" w:type="dxa"/>
              <w:bottom w:w="140" w:type="dxa"/>
              <w:right w:w="100" w:type="dxa"/>
            </w:tcMar>
          </w:tcPr>
          <w:p w14:paraId="762BCB8C" w14:textId="77777777" w:rsidR="00884FA0" w:rsidRDefault="00884FA0">
            <w:pPr>
              <w:spacing w:after="0"/>
            </w:pPr>
          </w:p>
        </w:tc>
      </w:tr>
      <w:tr w:rsidR="00884FA0" w14:paraId="3829E5BA" w14:textId="77777777" w:rsidTr="00FF64E0">
        <w:trPr>
          <w:jc w:val="center"/>
        </w:trPr>
        <w:tc>
          <w:tcPr>
            <w:tcW w:w="1374" w:type="dxa"/>
            <w:shd w:val="clear" w:color="auto" w:fill="FFFFFF"/>
            <w:tcMar>
              <w:top w:w="140" w:type="dxa"/>
              <w:left w:w="100" w:type="dxa"/>
              <w:bottom w:w="140" w:type="dxa"/>
              <w:right w:w="100" w:type="dxa"/>
            </w:tcMar>
          </w:tcPr>
          <w:p w14:paraId="12AE97CA" w14:textId="77777777" w:rsidR="00884FA0" w:rsidRDefault="00884FA0">
            <w:pPr>
              <w:spacing w:after="0"/>
            </w:pPr>
          </w:p>
        </w:tc>
        <w:tc>
          <w:tcPr>
            <w:tcW w:w="1927" w:type="dxa"/>
            <w:shd w:val="clear" w:color="auto" w:fill="FFFFFF"/>
            <w:tcMar>
              <w:top w:w="140" w:type="dxa"/>
              <w:left w:w="100" w:type="dxa"/>
              <w:bottom w:w="140" w:type="dxa"/>
              <w:right w:w="100" w:type="dxa"/>
            </w:tcMar>
          </w:tcPr>
          <w:p w14:paraId="4F01D355" w14:textId="77777777" w:rsidR="00884FA0" w:rsidRDefault="00884FA0">
            <w:pPr>
              <w:spacing w:after="0"/>
            </w:pPr>
          </w:p>
        </w:tc>
        <w:tc>
          <w:tcPr>
            <w:tcW w:w="1914" w:type="dxa"/>
            <w:shd w:val="clear" w:color="auto" w:fill="FFFFFF"/>
            <w:tcMar>
              <w:top w:w="140" w:type="dxa"/>
              <w:left w:w="100" w:type="dxa"/>
              <w:bottom w:w="140" w:type="dxa"/>
              <w:right w:w="100" w:type="dxa"/>
            </w:tcMar>
          </w:tcPr>
          <w:p w14:paraId="5C10F7C5" w14:textId="77777777" w:rsidR="00884FA0" w:rsidRDefault="00884FA0">
            <w:pPr>
              <w:spacing w:after="0"/>
            </w:pPr>
          </w:p>
          <w:p w14:paraId="67677975" w14:textId="77777777" w:rsidR="00FF64E0" w:rsidRDefault="00FF64E0">
            <w:pPr>
              <w:spacing w:after="0"/>
            </w:pPr>
          </w:p>
          <w:p w14:paraId="14155181" w14:textId="77777777" w:rsidR="00FF64E0" w:rsidRDefault="00FF64E0">
            <w:pPr>
              <w:spacing w:after="0"/>
            </w:pPr>
          </w:p>
        </w:tc>
        <w:tc>
          <w:tcPr>
            <w:tcW w:w="2710" w:type="dxa"/>
            <w:shd w:val="clear" w:color="auto" w:fill="FFFFFF"/>
            <w:tcMar>
              <w:top w:w="140" w:type="dxa"/>
              <w:left w:w="100" w:type="dxa"/>
              <w:bottom w:w="140" w:type="dxa"/>
              <w:right w:w="100" w:type="dxa"/>
            </w:tcMar>
          </w:tcPr>
          <w:p w14:paraId="10E46B60" w14:textId="77777777" w:rsidR="00884FA0" w:rsidRDefault="00884FA0">
            <w:pPr>
              <w:spacing w:after="0"/>
            </w:pPr>
          </w:p>
        </w:tc>
        <w:tc>
          <w:tcPr>
            <w:tcW w:w="2211" w:type="dxa"/>
            <w:shd w:val="clear" w:color="auto" w:fill="FFFFFF"/>
            <w:tcMar>
              <w:top w:w="140" w:type="dxa"/>
              <w:left w:w="100" w:type="dxa"/>
              <w:bottom w:w="140" w:type="dxa"/>
              <w:right w:w="100" w:type="dxa"/>
            </w:tcMar>
          </w:tcPr>
          <w:p w14:paraId="25F80D7B" w14:textId="77777777" w:rsidR="00884FA0" w:rsidRDefault="00884FA0">
            <w:pPr>
              <w:spacing w:after="0"/>
            </w:pPr>
          </w:p>
        </w:tc>
      </w:tr>
    </w:tbl>
    <w:p w14:paraId="3FF44BA4" w14:textId="77777777" w:rsidR="007F2177" w:rsidRDefault="007F2177"/>
    <w:sectPr w:rsidR="007F2177" w:rsidSect="00034616"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37772181">
    <w:abstractNumId w:val="8"/>
  </w:num>
  <w:num w:numId="2" w16cid:durableId="396124345">
    <w:abstractNumId w:val="6"/>
  </w:num>
  <w:num w:numId="3" w16cid:durableId="1986936035">
    <w:abstractNumId w:val="5"/>
  </w:num>
  <w:num w:numId="4" w16cid:durableId="1794402102">
    <w:abstractNumId w:val="4"/>
  </w:num>
  <w:num w:numId="5" w16cid:durableId="1770151931">
    <w:abstractNumId w:val="7"/>
  </w:num>
  <w:num w:numId="6" w16cid:durableId="275841381">
    <w:abstractNumId w:val="3"/>
  </w:num>
  <w:num w:numId="7" w16cid:durableId="1825849533">
    <w:abstractNumId w:val="2"/>
  </w:num>
  <w:num w:numId="8" w16cid:durableId="942034626">
    <w:abstractNumId w:val="1"/>
  </w:num>
  <w:num w:numId="9" w16cid:durableId="1536468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7F2177"/>
    <w:rsid w:val="00884FA0"/>
    <w:rsid w:val="00AA1D8D"/>
    <w:rsid w:val="00B47730"/>
    <w:rsid w:val="00C24966"/>
    <w:rsid w:val="00CB0664"/>
    <w:rsid w:val="00FC693F"/>
    <w:rsid w:val="00FF64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2C056E3"/>
  <w14:defaultImageDpi w14:val="300"/>
  <w15:docId w15:val="{B50DFF9B-C2E5-42C9-8517-69223628F0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libri" w:hAnsi="Calibri"/>
      <w:color w:val="222222"/>
      <w:sz w:val="20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64</Words>
  <Characters>355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418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Begoña Fructuoso</cp:lastModifiedBy>
  <cp:revision>2</cp:revision>
  <dcterms:created xsi:type="dcterms:W3CDTF">2026-08-24T00:31:00Z</dcterms:created>
  <dcterms:modified xsi:type="dcterms:W3CDTF">2026-08-24T00:31:00Z</dcterms:modified>
  <cp:category/>
</cp:coreProperties>
</file>